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E2BBE2" w14:textId="77777777" w:rsidR="006E5074" w:rsidRPr="00F61D90" w:rsidRDefault="00000000" w:rsidP="00F61D90">
      <w:pPr>
        <w:pStyle w:val="ARCSubtitle"/>
        <w:jc w:val="right"/>
        <w:rPr>
          <w:b/>
          <w:bCs/>
        </w:rPr>
      </w:pPr>
      <w:r>
        <w:rPr>
          <w:b/>
          <w:bCs/>
        </w:rPr>
        <w:t>ANEXA NR. 5</w:t>
      </w:r>
    </w:p>
    <w:p w14:paraId="534EAA50" w14:textId="77777777" w:rsidR="006E5074" w:rsidRPr="00F61D90" w:rsidRDefault="00000000" w:rsidP="00F61D90">
      <w:pPr>
        <w:pStyle w:val="ARCTitle"/>
        <w:rPr>
          <w:sz w:val="40"/>
          <w:szCs w:val="40"/>
        </w:rPr>
      </w:pPr>
      <w:r>
        <w:rPr>
          <w:sz w:val="40"/>
          <w:szCs w:val="40"/>
        </w:rPr>
        <w:t>CONȚINUTUL DOSARULUI DE CANDIDATURĂ ȘI MODELELE DECLARAȚIILOR</w:t>
      </w:r>
    </w:p>
    <w:p w14:paraId="0BE89768" w14:textId="77777777" w:rsidR="006E5074" w:rsidRPr="00F61D90" w:rsidRDefault="00000000" w:rsidP="00F61D90">
      <w:pPr>
        <w:pStyle w:val="ARCSubtitle"/>
        <w:rPr>
          <w:sz w:val="24"/>
          <w:szCs w:val="24"/>
        </w:rPr>
      </w:pPr>
      <w:r>
        <w:rPr>
          <w:sz w:val="24"/>
          <w:szCs w:val="24"/>
        </w:rPr>
        <w:t>Procedura de selecție a Directorului General și Directorului FGCR – IFN S.A.</w:t>
      </w:r>
    </w:p>
    <w:p w14:paraId="75052A2C" w14:textId="77777777" w:rsidR="00F61D90" w:rsidRDefault="00F61D90">
      <w:pPr>
        <w:pStyle w:val="Article"/>
        <w:spacing w:before="180" w:after="80"/>
        <w:rPr>
          <w:sz w:val="24"/>
          <w:szCs w:val="24"/>
        </w:rPr>
      </w:pPr>
    </w:p>
    <w:p w14:paraId="622FDF6E" w14:textId="77777777" w:rsidR="006E5074" w:rsidRPr="00F61D90" w:rsidRDefault="00000000" w:rsidP="00F61D90">
      <w:pPr>
        <w:pStyle w:val="Article"/>
        <w:snapToGrid w:val="0"/>
        <w:spacing w:before="40" w:after="40" w:line="288" w:lineRule="auto"/>
        <w:rPr>
          <w:sz w:val="24"/>
          <w:szCs w:val="24"/>
        </w:rPr>
      </w:pPr>
      <w:r>
        <w:rPr>
          <w:sz w:val="24"/>
          <w:szCs w:val="24"/>
        </w:rPr>
        <w:t>1. Reguli generale privind dosarul de candidatură</w:t>
      </w:r>
    </w:p>
    <w:p w14:paraId="619B6C21" w14:textId="77777777" w:rsidR="006E5074" w:rsidRPr="00F61D90" w:rsidRDefault="00000000" w:rsidP="00F61D90">
      <w:pPr>
        <w:pStyle w:val="BodyText"/>
        <w:snapToGrid w:val="0"/>
        <w:spacing w:after="40"/>
        <w:rPr>
          <w:szCs w:val="24"/>
        </w:rPr>
      </w:pPr>
      <w:r>
        <w:rPr>
          <w:szCs w:val="24"/>
        </w:rPr>
        <w:t>Dosarul de candidatură are rolul de a permite verificarea condițiilor minime obligatorii de eligibilitate și evaluarea comparativă a candidatului în raport cu profilul funcției și criteriile aprobate.</w:t>
      </w:r>
    </w:p>
    <w:p w14:paraId="229020C8" w14:textId="77777777" w:rsidR="006E5074" w:rsidRPr="00F61D90" w:rsidRDefault="00000000" w:rsidP="00F61D90">
      <w:pPr>
        <w:pStyle w:val="BodyText"/>
        <w:snapToGrid w:val="0"/>
        <w:spacing w:after="40"/>
        <w:rPr>
          <w:szCs w:val="24"/>
        </w:rPr>
      </w:pPr>
      <w:r>
        <w:rPr>
          <w:szCs w:val="24"/>
        </w:rPr>
        <w:t>Candidatul depune dosarul în termenul, forma și prin modalitatea prevăzute în anunțul de selecție. Documentele solicitate trebuie să fie valabile, lizibile și suficiente pentru verificarea informațiilor declarate.</w:t>
      </w:r>
    </w:p>
    <w:p w14:paraId="0E4656A0" w14:textId="77777777" w:rsidR="006E5074" w:rsidRPr="00F61D90" w:rsidRDefault="00000000" w:rsidP="00F61D90">
      <w:pPr>
        <w:pStyle w:val="BodyText"/>
        <w:snapToGrid w:val="0"/>
        <w:spacing w:after="40"/>
        <w:rPr>
          <w:szCs w:val="24"/>
        </w:rPr>
      </w:pPr>
      <w:r>
        <w:rPr>
          <w:szCs w:val="24"/>
        </w:rPr>
        <w:t>Candidatul care optează pentru ambele funcții indică expres această opțiune. Documentele comune se depun o singură dată; eligibilitatea și evaluarea se realizează distinct pentru fiecare funcție.</w:t>
      </w:r>
    </w:p>
    <w:p w14:paraId="3B75F3EB" w14:textId="77777777" w:rsidR="006E5074" w:rsidRPr="00F61D90" w:rsidRDefault="00000000" w:rsidP="00F61D90">
      <w:pPr>
        <w:pStyle w:val="BodyText"/>
        <w:snapToGrid w:val="0"/>
        <w:spacing w:after="40"/>
        <w:rPr>
          <w:szCs w:val="24"/>
        </w:rPr>
      </w:pPr>
      <w:r>
        <w:rPr>
          <w:szCs w:val="24"/>
        </w:rPr>
        <w:t>Lipsa unui document care privește o condiție eliminatorie se tratează potrivit regulilor privind clarificările prevăzute de Procedură; nu poate fi creată sau dobândită după termen o condiție de eligibilitate care nu exista la data-limită de depunere.</w:t>
      </w:r>
    </w:p>
    <w:p w14:paraId="371B5643" w14:textId="77777777" w:rsidR="00F61D90" w:rsidRDefault="00F61D90" w:rsidP="00F61D90">
      <w:pPr>
        <w:pStyle w:val="Article"/>
        <w:snapToGrid w:val="0"/>
        <w:spacing w:before="40" w:after="40" w:line="288" w:lineRule="auto"/>
        <w:rPr>
          <w:sz w:val="24"/>
          <w:szCs w:val="24"/>
        </w:rPr>
      </w:pPr>
    </w:p>
    <w:p w14:paraId="2EC924A7" w14:textId="77777777" w:rsidR="006E5074" w:rsidRPr="00F61D90" w:rsidRDefault="00000000" w:rsidP="00F61D90">
      <w:pPr>
        <w:pStyle w:val="Article"/>
        <w:snapToGrid w:val="0"/>
        <w:spacing w:before="40" w:after="40" w:line="288" w:lineRule="auto"/>
        <w:rPr>
          <w:sz w:val="24"/>
          <w:szCs w:val="24"/>
        </w:rPr>
      </w:pPr>
      <w:r>
        <w:rPr>
          <w:sz w:val="24"/>
          <w:szCs w:val="24"/>
        </w:rPr>
        <w:t>2. Conținutul dosarului de candidatură</w:t>
      </w:r>
    </w:p>
    <w:tbl>
      <w:tblPr>
        <w:tblStyle w:val="TableGrid"/>
        <w:tblW w:w="0" w:type="auto"/>
        <w:tblLook w:val="04A0" w:firstRow="1" w:lastRow="0" w:firstColumn="1" w:lastColumn="0" w:noHBand="0" w:noVBand="1"/>
      </w:tblPr>
      <w:tblGrid>
        <w:gridCol w:w="451"/>
        <w:gridCol w:w="5606"/>
        <w:gridCol w:w="601"/>
        <w:gridCol w:w="608"/>
        <w:gridCol w:w="2249"/>
      </w:tblGrid>
      <w:tr w:rsidR="006E5074" w:rsidRPr="00F61D90" w14:paraId="70CF83D5" w14:textId="77777777" w:rsidTr="00F61D90">
        <w:tc>
          <w:tcPr>
            <w:tcW w:w="451" w:type="dxa"/>
            <w:shd w:val="clear" w:color="auto" w:fill="E8EFEA"/>
            <w:tcMar>
              <w:top w:w="80" w:type="dxa"/>
              <w:left w:w="100" w:type="dxa"/>
              <w:bottom w:w="80" w:type="dxa"/>
              <w:right w:w="100" w:type="dxa"/>
            </w:tcMar>
            <w:vAlign w:val="center"/>
          </w:tcPr>
          <w:p w14:paraId="758FEC1D" w14:textId="77777777" w:rsidR="006E5074" w:rsidRPr="00F61D90" w:rsidRDefault="00000000" w:rsidP="00F61D90">
            <w:pPr>
              <w:spacing w:after="0" w:line="240" w:lineRule="auto"/>
              <w:jc w:val="left"/>
              <w:rPr>
                <w:rFonts w:cs="Arial"/>
                <w:sz w:val="18"/>
                <w:szCs w:val="18"/>
              </w:rPr>
            </w:pPr>
            <w:r>
              <w:rPr>
                <w:rFonts w:cs="Arial"/>
                <w:b/>
                <w:color w:val="294F39"/>
                <w:sz w:val="18"/>
                <w:szCs w:val="18"/>
              </w:rPr>
              <w:t>Nr.</w:t>
            </w:r>
          </w:p>
        </w:tc>
        <w:tc>
          <w:tcPr>
            <w:tcW w:w="5608" w:type="dxa"/>
            <w:shd w:val="clear" w:color="auto" w:fill="E8EFEA"/>
            <w:tcMar>
              <w:top w:w="80" w:type="dxa"/>
              <w:left w:w="100" w:type="dxa"/>
              <w:bottom w:w="80" w:type="dxa"/>
              <w:right w:w="100" w:type="dxa"/>
            </w:tcMar>
            <w:vAlign w:val="center"/>
          </w:tcPr>
          <w:p w14:paraId="2D61FF62" w14:textId="77777777" w:rsidR="006E5074" w:rsidRPr="00F61D90" w:rsidRDefault="00000000" w:rsidP="00F61D90">
            <w:pPr>
              <w:spacing w:after="0" w:line="240" w:lineRule="auto"/>
              <w:jc w:val="left"/>
              <w:rPr>
                <w:rFonts w:cs="Arial"/>
                <w:sz w:val="18"/>
                <w:szCs w:val="18"/>
              </w:rPr>
            </w:pPr>
            <w:r>
              <w:rPr>
                <w:rFonts w:cs="Arial"/>
                <w:b/>
                <w:color w:val="294F39"/>
                <w:sz w:val="18"/>
                <w:szCs w:val="18"/>
              </w:rPr>
              <w:t>Document / informație</w:t>
            </w:r>
          </w:p>
        </w:tc>
        <w:tc>
          <w:tcPr>
            <w:tcW w:w="599" w:type="dxa"/>
            <w:shd w:val="clear" w:color="auto" w:fill="E8EFEA"/>
            <w:tcMar>
              <w:top w:w="80" w:type="dxa"/>
              <w:left w:w="100" w:type="dxa"/>
              <w:bottom w:w="80" w:type="dxa"/>
              <w:right w:w="100" w:type="dxa"/>
            </w:tcMar>
            <w:vAlign w:val="center"/>
          </w:tcPr>
          <w:p w14:paraId="238F2D31" w14:textId="77777777" w:rsidR="006E5074" w:rsidRPr="00F61D90" w:rsidRDefault="00000000" w:rsidP="00F61D90">
            <w:pPr>
              <w:spacing w:after="0" w:line="240" w:lineRule="auto"/>
              <w:jc w:val="left"/>
              <w:rPr>
                <w:rFonts w:cs="Arial"/>
                <w:sz w:val="18"/>
                <w:szCs w:val="18"/>
              </w:rPr>
            </w:pPr>
            <w:r>
              <w:rPr>
                <w:rFonts w:cs="Arial"/>
                <w:b/>
                <w:color w:val="294F39"/>
                <w:sz w:val="18"/>
                <w:szCs w:val="18"/>
              </w:rPr>
              <w:t>DG</w:t>
            </w:r>
          </w:p>
        </w:tc>
        <w:tc>
          <w:tcPr>
            <w:tcW w:w="608" w:type="dxa"/>
            <w:shd w:val="clear" w:color="auto" w:fill="E8EFEA"/>
            <w:tcMar>
              <w:top w:w="80" w:type="dxa"/>
              <w:left w:w="100" w:type="dxa"/>
              <w:bottom w:w="80" w:type="dxa"/>
              <w:right w:w="100" w:type="dxa"/>
            </w:tcMar>
            <w:vAlign w:val="center"/>
          </w:tcPr>
          <w:p w14:paraId="46C57B6E" w14:textId="77777777" w:rsidR="006E5074" w:rsidRPr="00F61D90" w:rsidRDefault="00000000" w:rsidP="00F61D90">
            <w:pPr>
              <w:spacing w:after="0" w:line="240" w:lineRule="auto"/>
              <w:jc w:val="left"/>
              <w:rPr>
                <w:rFonts w:cs="Arial"/>
                <w:sz w:val="18"/>
                <w:szCs w:val="18"/>
              </w:rPr>
            </w:pPr>
            <w:r>
              <w:rPr>
                <w:rFonts w:cs="Arial"/>
                <w:b/>
                <w:color w:val="294F39"/>
                <w:sz w:val="18"/>
                <w:szCs w:val="18"/>
              </w:rPr>
              <w:t>Dir</w:t>
            </w:r>
          </w:p>
        </w:tc>
        <w:tc>
          <w:tcPr>
            <w:tcW w:w="2249" w:type="dxa"/>
            <w:shd w:val="clear" w:color="auto" w:fill="E8EFEA"/>
            <w:tcMar>
              <w:top w:w="80" w:type="dxa"/>
              <w:left w:w="100" w:type="dxa"/>
              <w:bottom w:w="80" w:type="dxa"/>
              <w:right w:w="100" w:type="dxa"/>
            </w:tcMar>
            <w:vAlign w:val="center"/>
          </w:tcPr>
          <w:p w14:paraId="211D0181" w14:textId="77777777" w:rsidR="006E5074" w:rsidRPr="00F61D90" w:rsidRDefault="00000000" w:rsidP="00F61D90">
            <w:pPr>
              <w:spacing w:after="0" w:line="240" w:lineRule="auto"/>
              <w:jc w:val="left"/>
              <w:rPr>
                <w:rFonts w:cs="Arial"/>
                <w:sz w:val="18"/>
                <w:szCs w:val="18"/>
              </w:rPr>
            </w:pPr>
            <w:r>
              <w:rPr>
                <w:rFonts w:cs="Arial"/>
                <w:b/>
                <w:color w:val="294F39"/>
                <w:sz w:val="18"/>
                <w:szCs w:val="18"/>
              </w:rPr>
              <w:t>Observații</w:t>
            </w:r>
          </w:p>
        </w:tc>
      </w:tr>
      <w:tr w:rsidR="006E5074" w:rsidRPr="00F61D90" w14:paraId="613BF3F9" w14:textId="77777777" w:rsidTr="00F61D90">
        <w:tc>
          <w:tcPr>
            <w:tcW w:w="451" w:type="dxa"/>
            <w:tcMar>
              <w:top w:w="80" w:type="dxa"/>
              <w:left w:w="100" w:type="dxa"/>
              <w:bottom w:w="80" w:type="dxa"/>
              <w:right w:w="100" w:type="dxa"/>
            </w:tcMar>
            <w:vAlign w:val="center"/>
          </w:tcPr>
          <w:p w14:paraId="640177A4" w14:textId="77777777" w:rsidR="006E5074" w:rsidRPr="00F61D90" w:rsidRDefault="00000000" w:rsidP="00F61D90">
            <w:pPr>
              <w:spacing w:after="0" w:line="240" w:lineRule="auto"/>
              <w:jc w:val="left"/>
              <w:rPr>
                <w:rFonts w:cs="Arial"/>
                <w:sz w:val="18"/>
                <w:szCs w:val="18"/>
              </w:rPr>
            </w:pPr>
            <w:r>
              <w:rPr>
                <w:rFonts w:cs="Arial"/>
                <w:sz w:val="18"/>
                <w:szCs w:val="18"/>
              </w:rPr>
              <w:t>1</w:t>
            </w:r>
          </w:p>
        </w:tc>
        <w:tc>
          <w:tcPr>
            <w:tcW w:w="5608" w:type="dxa"/>
            <w:tcMar>
              <w:top w:w="80" w:type="dxa"/>
              <w:left w:w="100" w:type="dxa"/>
              <w:bottom w:w="80" w:type="dxa"/>
              <w:right w:w="100" w:type="dxa"/>
            </w:tcMar>
            <w:vAlign w:val="center"/>
          </w:tcPr>
          <w:p w14:paraId="2757B2C2" w14:textId="77777777" w:rsidR="006E5074" w:rsidRPr="00F61D90" w:rsidRDefault="00000000" w:rsidP="00F61D90">
            <w:pPr>
              <w:spacing w:after="0" w:line="240" w:lineRule="auto"/>
              <w:jc w:val="left"/>
              <w:rPr>
                <w:rFonts w:cs="Arial"/>
                <w:sz w:val="18"/>
                <w:szCs w:val="18"/>
              </w:rPr>
            </w:pPr>
            <w:r>
              <w:rPr>
                <w:rFonts w:cs="Arial"/>
                <w:sz w:val="18"/>
                <w:szCs w:val="18"/>
              </w:rPr>
              <w:t>Cerere de candidatură, cu indicarea funcției/funcțiilor pentru care se candidează</w:t>
            </w:r>
          </w:p>
        </w:tc>
        <w:tc>
          <w:tcPr>
            <w:tcW w:w="599" w:type="dxa"/>
            <w:tcMar>
              <w:top w:w="80" w:type="dxa"/>
              <w:left w:w="100" w:type="dxa"/>
              <w:bottom w:w="80" w:type="dxa"/>
              <w:right w:w="100" w:type="dxa"/>
            </w:tcMar>
            <w:vAlign w:val="center"/>
          </w:tcPr>
          <w:p w14:paraId="6A7190B2"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21C8DCCD"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31CB59AC" w14:textId="77777777" w:rsidR="006E5074" w:rsidRPr="00F61D90" w:rsidRDefault="00000000" w:rsidP="00F61D90">
            <w:pPr>
              <w:spacing w:after="0" w:line="240" w:lineRule="auto"/>
              <w:jc w:val="left"/>
              <w:rPr>
                <w:rFonts w:cs="Arial"/>
                <w:sz w:val="18"/>
                <w:szCs w:val="18"/>
              </w:rPr>
            </w:pPr>
            <w:r>
              <w:rPr>
                <w:rFonts w:cs="Arial"/>
                <w:sz w:val="18"/>
                <w:szCs w:val="18"/>
              </w:rPr>
              <w:t>Model la pct. 6</w:t>
            </w:r>
          </w:p>
        </w:tc>
      </w:tr>
      <w:tr w:rsidR="006E5074" w:rsidRPr="00F61D90" w14:paraId="52ADCA71" w14:textId="77777777" w:rsidTr="00F61D90">
        <w:tc>
          <w:tcPr>
            <w:tcW w:w="451" w:type="dxa"/>
            <w:tcMar>
              <w:top w:w="80" w:type="dxa"/>
              <w:left w:w="100" w:type="dxa"/>
              <w:bottom w:w="80" w:type="dxa"/>
              <w:right w:w="100" w:type="dxa"/>
            </w:tcMar>
            <w:vAlign w:val="center"/>
          </w:tcPr>
          <w:p w14:paraId="540B8527" w14:textId="77777777" w:rsidR="006E5074" w:rsidRPr="00F61D90" w:rsidRDefault="00000000" w:rsidP="00F61D90">
            <w:pPr>
              <w:spacing w:after="0" w:line="240" w:lineRule="auto"/>
              <w:jc w:val="left"/>
              <w:rPr>
                <w:rFonts w:cs="Arial"/>
                <w:sz w:val="18"/>
                <w:szCs w:val="18"/>
              </w:rPr>
            </w:pPr>
            <w:r>
              <w:rPr>
                <w:rFonts w:cs="Arial"/>
                <w:sz w:val="18"/>
                <w:szCs w:val="18"/>
              </w:rPr>
              <w:t>2</w:t>
            </w:r>
          </w:p>
        </w:tc>
        <w:tc>
          <w:tcPr>
            <w:tcW w:w="5608" w:type="dxa"/>
            <w:tcMar>
              <w:top w:w="80" w:type="dxa"/>
              <w:left w:w="100" w:type="dxa"/>
              <w:bottom w:w="80" w:type="dxa"/>
              <w:right w:w="100" w:type="dxa"/>
            </w:tcMar>
            <w:vAlign w:val="center"/>
          </w:tcPr>
          <w:p w14:paraId="59000002" w14:textId="77777777" w:rsidR="006E5074" w:rsidRPr="00F61D90" w:rsidRDefault="00000000" w:rsidP="00F61D90">
            <w:pPr>
              <w:spacing w:after="0" w:line="240" w:lineRule="auto"/>
              <w:jc w:val="left"/>
              <w:rPr>
                <w:rFonts w:cs="Arial"/>
                <w:sz w:val="18"/>
                <w:szCs w:val="18"/>
              </w:rPr>
            </w:pPr>
            <w:r>
              <w:rPr>
                <w:rFonts w:cs="Arial"/>
                <w:sz w:val="18"/>
                <w:szCs w:val="18"/>
              </w:rPr>
              <w:t>Curriculum vitae actualizat, datat și asumat de candidat</w:t>
            </w:r>
          </w:p>
        </w:tc>
        <w:tc>
          <w:tcPr>
            <w:tcW w:w="599" w:type="dxa"/>
            <w:tcMar>
              <w:top w:w="80" w:type="dxa"/>
              <w:left w:w="100" w:type="dxa"/>
              <w:bottom w:w="80" w:type="dxa"/>
              <w:right w:w="100" w:type="dxa"/>
            </w:tcMar>
            <w:vAlign w:val="center"/>
          </w:tcPr>
          <w:p w14:paraId="700D3A92"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468CD7D1"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2440529B" w14:textId="77777777" w:rsidR="006E5074" w:rsidRPr="00F61D90" w:rsidRDefault="00000000" w:rsidP="00F61D90">
            <w:pPr>
              <w:spacing w:after="0" w:line="240" w:lineRule="auto"/>
              <w:jc w:val="left"/>
              <w:rPr>
                <w:rFonts w:cs="Arial"/>
                <w:sz w:val="18"/>
                <w:szCs w:val="18"/>
              </w:rPr>
            </w:pPr>
            <w:r>
              <w:rPr>
                <w:rFonts w:cs="Arial"/>
                <w:sz w:val="18"/>
                <w:szCs w:val="18"/>
              </w:rPr>
              <w:t>Se recomandă structură cronologică inversă</w:t>
            </w:r>
          </w:p>
        </w:tc>
      </w:tr>
      <w:tr w:rsidR="006E5074" w:rsidRPr="00F61D90" w14:paraId="42B93156" w14:textId="77777777" w:rsidTr="00F61D90">
        <w:tc>
          <w:tcPr>
            <w:tcW w:w="451" w:type="dxa"/>
            <w:tcMar>
              <w:top w:w="80" w:type="dxa"/>
              <w:left w:w="100" w:type="dxa"/>
              <w:bottom w:w="80" w:type="dxa"/>
              <w:right w:w="100" w:type="dxa"/>
            </w:tcMar>
            <w:vAlign w:val="center"/>
          </w:tcPr>
          <w:p w14:paraId="703C2B7D" w14:textId="77777777" w:rsidR="006E5074" w:rsidRPr="00F61D90" w:rsidRDefault="00000000" w:rsidP="00F61D90">
            <w:pPr>
              <w:spacing w:after="0" w:line="240" w:lineRule="auto"/>
              <w:jc w:val="left"/>
              <w:rPr>
                <w:rFonts w:cs="Arial"/>
                <w:sz w:val="18"/>
                <w:szCs w:val="18"/>
              </w:rPr>
            </w:pPr>
            <w:r>
              <w:rPr>
                <w:rFonts w:cs="Arial"/>
                <w:sz w:val="18"/>
                <w:szCs w:val="18"/>
              </w:rPr>
              <w:t>3</w:t>
            </w:r>
          </w:p>
        </w:tc>
        <w:tc>
          <w:tcPr>
            <w:tcW w:w="5608" w:type="dxa"/>
            <w:tcMar>
              <w:top w:w="80" w:type="dxa"/>
              <w:left w:w="100" w:type="dxa"/>
              <w:bottom w:w="80" w:type="dxa"/>
              <w:right w:w="100" w:type="dxa"/>
            </w:tcMar>
            <w:vAlign w:val="center"/>
          </w:tcPr>
          <w:p w14:paraId="4F5D3D77" w14:textId="77777777" w:rsidR="006E5074" w:rsidRPr="00F61D90" w:rsidRDefault="00000000" w:rsidP="00F61D90">
            <w:pPr>
              <w:spacing w:after="0" w:line="240" w:lineRule="auto"/>
              <w:jc w:val="left"/>
              <w:rPr>
                <w:rFonts w:cs="Arial"/>
                <w:sz w:val="18"/>
                <w:szCs w:val="18"/>
              </w:rPr>
            </w:pPr>
            <w:r>
              <w:rPr>
                <w:rFonts w:cs="Arial"/>
                <w:sz w:val="18"/>
                <w:szCs w:val="18"/>
              </w:rPr>
              <w:t>Copie act de identitate</w:t>
            </w:r>
          </w:p>
        </w:tc>
        <w:tc>
          <w:tcPr>
            <w:tcW w:w="599" w:type="dxa"/>
            <w:tcMar>
              <w:top w:w="80" w:type="dxa"/>
              <w:left w:w="100" w:type="dxa"/>
              <w:bottom w:w="80" w:type="dxa"/>
              <w:right w:w="100" w:type="dxa"/>
            </w:tcMar>
            <w:vAlign w:val="center"/>
          </w:tcPr>
          <w:p w14:paraId="470BDD04"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2D2AB3AD"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5A3BC9CA" w14:textId="77777777" w:rsidR="006E5074" w:rsidRPr="00F61D90" w:rsidRDefault="00000000" w:rsidP="00F61D90">
            <w:pPr>
              <w:spacing w:after="0" w:line="240" w:lineRule="auto"/>
              <w:jc w:val="left"/>
              <w:rPr>
                <w:rFonts w:cs="Arial"/>
                <w:sz w:val="18"/>
                <w:szCs w:val="18"/>
              </w:rPr>
            </w:pPr>
            <w:r>
              <w:rPr>
                <w:rFonts w:cs="Arial"/>
                <w:sz w:val="18"/>
                <w:szCs w:val="18"/>
              </w:rPr>
              <w:t>În termen de valabilitate</w:t>
            </w:r>
          </w:p>
        </w:tc>
      </w:tr>
      <w:tr w:rsidR="006E5074" w:rsidRPr="00F61D90" w14:paraId="6C68A6BB" w14:textId="77777777" w:rsidTr="00F61D90">
        <w:tc>
          <w:tcPr>
            <w:tcW w:w="451" w:type="dxa"/>
            <w:tcMar>
              <w:top w:w="80" w:type="dxa"/>
              <w:left w:w="100" w:type="dxa"/>
              <w:bottom w:w="80" w:type="dxa"/>
              <w:right w:w="100" w:type="dxa"/>
            </w:tcMar>
            <w:vAlign w:val="center"/>
          </w:tcPr>
          <w:p w14:paraId="55A679BF" w14:textId="77777777" w:rsidR="006E5074" w:rsidRPr="00F61D90" w:rsidRDefault="00000000" w:rsidP="00F61D90">
            <w:pPr>
              <w:spacing w:after="0" w:line="240" w:lineRule="auto"/>
              <w:jc w:val="left"/>
              <w:rPr>
                <w:rFonts w:cs="Arial"/>
                <w:sz w:val="18"/>
                <w:szCs w:val="18"/>
              </w:rPr>
            </w:pPr>
            <w:r>
              <w:rPr>
                <w:rFonts w:cs="Arial"/>
                <w:sz w:val="18"/>
                <w:szCs w:val="18"/>
              </w:rPr>
              <w:t>4</w:t>
            </w:r>
          </w:p>
        </w:tc>
        <w:tc>
          <w:tcPr>
            <w:tcW w:w="5608" w:type="dxa"/>
            <w:tcMar>
              <w:top w:w="80" w:type="dxa"/>
              <w:left w:w="100" w:type="dxa"/>
              <w:bottom w:w="80" w:type="dxa"/>
              <w:right w:w="100" w:type="dxa"/>
            </w:tcMar>
            <w:vAlign w:val="center"/>
          </w:tcPr>
          <w:p w14:paraId="6E99757E" w14:textId="77777777" w:rsidR="006E5074" w:rsidRPr="00F61D90" w:rsidRDefault="00000000" w:rsidP="00F61D90">
            <w:pPr>
              <w:spacing w:after="0" w:line="240" w:lineRule="auto"/>
              <w:jc w:val="left"/>
              <w:rPr>
                <w:rFonts w:cs="Arial"/>
                <w:sz w:val="18"/>
                <w:szCs w:val="18"/>
              </w:rPr>
            </w:pPr>
            <w:r>
              <w:rPr>
                <w:rFonts w:cs="Arial"/>
                <w:sz w:val="18"/>
                <w:szCs w:val="18"/>
              </w:rPr>
              <w:t>Copii ale diplomelor de studii universitare și, după caz, ale altor calificări relevante</w:t>
            </w:r>
          </w:p>
        </w:tc>
        <w:tc>
          <w:tcPr>
            <w:tcW w:w="599" w:type="dxa"/>
            <w:tcMar>
              <w:top w:w="80" w:type="dxa"/>
              <w:left w:w="100" w:type="dxa"/>
              <w:bottom w:w="80" w:type="dxa"/>
              <w:right w:w="100" w:type="dxa"/>
            </w:tcMar>
            <w:vAlign w:val="center"/>
          </w:tcPr>
          <w:p w14:paraId="103D4C33"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1AA109E2"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2F04F646" w14:textId="77777777" w:rsidR="006E5074" w:rsidRPr="00F61D90" w:rsidRDefault="00000000" w:rsidP="00F61D90">
            <w:pPr>
              <w:spacing w:after="0" w:line="240" w:lineRule="auto"/>
              <w:jc w:val="left"/>
              <w:rPr>
                <w:rFonts w:cs="Arial"/>
                <w:sz w:val="18"/>
                <w:szCs w:val="18"/>
              </w:rPr>
            </w:pPr>
            <w:r>
              <w:rPr>
                <w:rFonts w:cs="Arial"/>
                <w:sz w:val="18"/>
                <w:szCs w:val="18"/>
              </w:rPr>
              <w:t>Pentru Director: studii economice superioare</w:t>
            </w:r>
          </w:p>
        </w:tc>
      </w:tr>
      <w:tr w:rsidR="006E5074" w:rsidRPr="00F61D90" w14:paraId="38742E05" w14:textId="77777777" w:rsidTr="00F61D90">
        <w:tc>
          <w:tcPr>
            <w:tcW w:w="451" w:type="dxa"/>
            <w:tcMar>
              <w:top w:w="80" w:type="dxa"/>
              <w:left w:w="100" w:type="dxa"/>
              <w:bottom w:w="80" w:type="dxa"/>
              <w:right w:w="100" w:type="dxa"/>
            </w:tcMar>
            <w:vAlign w:val="center"/>
          </w:tcPr>
          <w:p w14:paraId="05D142D5" w14:textId="77777777" w:rsidR="00B02696" w:rsidRDefault="00000000">
            <w:pPr>
              <w:spacing w:after="0" w:line="240" w:lineRule="auto"/>
              <w:jc w:val="left"/>
              <w:rPr>
                <w:rFonts w:cs="Arial"/>
                <w:sz w:val="18"/>
                <w:szCs w:val="18"/>
              </w:rPr>
            </w:pPr>
            <w:r>
              <w:rPr>
                <w:rFonts w:cs="Arial"/>
                <w:sz w:val="18"/>
                <w:szCs w:val="18"/>
              </w:rPr>
              <w:t>5</w:t>
            </w:r>
          </w:p>
        </w:tc>
        <w:tc>
          <w:tcPr>
            <w:tcW w:w="5608" w:type="dxa"/>
            <w:tcMar>
              <w:top w:w="80" w:type="dxa"/>
              <w:left w:w="100" w:type="dxa"/>
              <w:bottom w:w="80" w:type="dxa"/>
              <w:right w:w="100" w:type="dxa"/>
            </w:tcMar>
            <w:vAlign w:val="center"/>
          </w:tcPr>
          <w:p w14:paraId="47FD9243" w14:textId="77777777" w:rsidR="00B02696" w:rsidRDefault="00000000">
            <w:pPr>
              <w:spacing w:after="0" w:line="240" w:lineRule="auto"/>
              <w:jc w:val="left"/>
              <w:rPr>
                <w:rFonts w:cs="Arial"/>
                <w:sz w:val="18"/>
                <w:szCs w:val="18"/>
              </w:rPr>
            </w:pPr>
            <w:r>
              <w:rPr>
                <w:rFonts w:cs="Arial"/>
                <w:sz w:val="18"/>
                <w:szCs w:val="18"/>
              </w:rPr>
              <w:t>Document care atestă deținerea a cel puțin unei specializări sau certificări profesionale active (certificat, legitimație, atestat sau extras din registrul membrilor emis de organismul profesional)</w:t>
            </w:r>
          </w:p>
        </w:tc>
        <w:tc>
          <w:tcPr>
            <w:tcW w:w="599" w:type="dxa"/>
            <w:tcMar>
              <w:top w:w="80" w:type="dxa"/>
              <w:left w:w="100" w:type="dxa"/>
              <w:bottom w:w="80" w:type="dxa"/>
              <w:right w:w="100" w:type="dxa"/>
            </w:tcMar>
            <w:vAlign w:val="center"/>
          </w:tcPr>
          <w:p w14:paraId="65E0E69C" w14:textId="77777777" w:rsidR="00B02696" w:rsidRDefault="00B02696">
            <w:pPr>
              <w:spacing w:after="0" w:line="240" w:lineRule="auto"/>
              <w:jc w:val="left"/>
              <w:rPr>
                <w:rFonts w:cs="Arial"/>
                <w:sz w:val="18"/>
                <w:szCs w:val="18"/>
              </w:rPr>
            </w:pPr>
          </w:p>
        </w:tc>
        <w:tc>
          <w:tcPr>
            <w:tcW w:w="608" w:type="dxa"/>
            <w:tcMar>
              <w:top w:w="80" w:type="dxa"/>
              <w:left w:w="100" w:type="dxa"/>
              <w:bottom w:w="80" w:type="dxa"/>
              <w:right w:w="100" w:type="dxa"/>
            </w:tcMar>
            <w:vAlign w:val="center"/>
          </w:tcPr>
          <w:p w14:paraId="7FFBD971" w14:textId="77777777" w:rsidR="00B02696" w:rsidRDefault="0000000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7BD1BE08" w14:textId="21D684C4" w:rsidR="00B02696" w:rsidRDefault="00000000">
            <w:pPr>
              <w:spacing w:after="0" w:line="240" w:lineRule="auto"/>
              <w:jc w:val="left"/>
              <w:rPr>
                <w:rFonts w:cs="Arial"/>
                <w:sz w:val="18"/>
                <w:szCs w:val="18"/>
              </w:rPr>
            </w:pPr>
            <w:r>
              <w:rPr>
                <w:rFonts w:cs="Arial"/>
                <w:sz w:val="18"/>
                <w:szCs w:val="18"/>
              </w:rPr>
              <w:t>Opțional pentru Director – se depune dacă candidatul o deține; se punctează potrivit Anexei nr. 4</w:t>
            </w:r>
            <w:r>
              <w:rPr>
                <w:rFonts w:cs="Arial"/>
                <w:sz w:val="18"/>
                <w:szCs w:val="18"/>
              </w:rPr>
              <w:t>; calitate activă la data-limită de depunere</w:t>
            </w:r>
          </w:p>
        </w:tc>
      </w:tr>
      <w:tr w:rsidR="006E5074" w:rsidRPr="00F61D90" w14:paraId="3986881A" w14:textId="77777777" w:rsidTr="00F61D90">
        <w:tc>
          <w:tcPr>
            <w:tcW w:w="451" w:type="dxa"/>
            <w:tcMar>
              <w:top w:w="80" w:type="dxa"/>
              <w:left w:w="100" w:type="dxa"/>
              <w:bottom w:w="80" w:type="dxa"/>
              <w:right w:w="100" w:type="dxa"/>
            </w:tcMar>
            <w:vAlign w:val="center"/>
          </w:tcPr>
          <w:p w14:paraId="5C164C0F" w14:textId="31602AAA" w:rsidR="006E5074" w:rsidRPr="00F61D90" w:rsidRDefault="00000000" w:rsidP="00F61D90">
            <w:pPr>
              <w:spacing w:after="0" w:line="240" w:lineRule="auto"/>
              <w:jc w:val="left"/>
              <w:rPr>
                <w:rFonts w:cs="Arial"/>
                <w:sz w:val="18"/>
                <w:szCs w:val="18"/>
              </w:rPr>
            </w:pPr>
            <w:r>
              <w:rPr>
                <w:rFonts w:cs="Arial"/>
                <w:sz w:val="18"/>
                <w:szCs w:val="18"/>
              </w:rPr>
              <w:t>6</w:t>
            </w:r>
          </w:p>
        </w:tc>
        <w:tc>
          <w:tcPr>
            <w:tcW w:w="5608" w:type="dxa"/>
            <w:tcMar>
              <w:top w:w="80" w:type="dxa"/>
              <w:left w:w="100" w:type="dxa"/>
              <w:bottom w:w="80" w:type="dxa"/>
              <w:right w:w="100" w:type="dxa"/>
            </w:tcMar>
            <w:vAlign w:val="center"/>
          </w:tcPr>
          <w:p w14:paraId="5E70B7E9" w14:textId="77777777" w:rsidR="006E5074" w:rsidRPr="00F61D90" w:rsidRDefault="00000000" w:rsidP="00F61D90">
            <w:pPr>
              <w:spacing w:after="0" w:line="240" w:lineRule="auto"/>
              <w:jc w:val="left"/>
              <w:rPr>
                <w:rFonts w:cs="Arial"/>
                <w:sz w:val="18"/>
                <w:szCs w:val="18"/>
              </w:rPr>
            </w:pPr>
            <w:r>
              <w:rPr>
                <w:rFonts w:cs="Arial"/>
                <w:sz w:val="18"/>
                <w:szCs w:val="18"/>
              </w:rPr>
              <w:t>Documente justificative privind experiența profesională și managerială</w:t>
            </w:r>
          </w:p>
        </w:tc>
        <w:tc>
          <w:tcPr>
            <w:tcW w:w="599" w:type="dxa"/>
            <w:tcMar>
              <w:top w:w="80" w:type="dxa"/>
              <w:left w:w="100" w:type="dxa"/>
              <w:bottom w:w="80" w:type="dxa"/>
              <w:right w:w="100" w:type="dxa"/>
            </w:tcMar>
            <w:vAlign w:val="center"/>
          </w:tcPr>
          <w:p w14:paraId="254C4508"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7A010025"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136F8D25" w14:textId="77777777" w:rsidR="006E5074" w:rsidRPr="00F61D90" w:rsidRDefault="00000000" w:rsidP="00F61D90">
            <w:pPr>
              <w:spacing w:after="0" w:line="240" w:lineRule="auto"/>
              <w:jc w:val="left"/>
              <w:rPr>
                <w:rFonts w:cs="Arial"/>
                <w:sz w:val="18"/>
                <w:szCs w:val="18"/>
              </w:rPr>
            </w:pPr>
            <w:r>
              <w:rPr>
                <w:rFonts w:cs="Arial"/>
                <w:sz w:val="18"/>
                <w:szCs w:val="18"/>
              </w:rPr>
              <w:t>Conform pct. 3</w:t>
            </w:r>
          </w:p>
        </w:tc>
      </w:tr>
      <w:tr w:rsidR="006E5074" w:rsidRPr="00F61D90" w14:paraId="79491FC2" w14:textId="77777777" w:rsidTr="00F61D90">
        <w:tc>
          <w:tcPr>
            <w:tcW w:w="451" w:type="dxa"/>
            <w:tcMar>
              <w:top w:w="80" w:type="dxa"/>
              <w:left w:w="100" w:type="dxa"/>
              <w:bottom w:w="80" w:type="dxa"/>
              <w:right w:w="100" w:type="dxa"/>
            </w:tcMar>
            <w:vAlign w:val="center"/>
          </w:tcPr>
          <w:p w14:paraId="7920281B" w14:textId="51517B25" w:rsidR="006E5074" w:rsidRPr="00F61D90" w:rsidRDefault="00000000" w:rsidP="00F61D90">
            <w:pPr>
              <w:spacing w:after="0" w:line="240" w:lineRule="auto"/>
              <w:jc w:val="left"/>
              <w:rPr>
                <w:rFonts w:cs="Arial"/>
                <w:sz w:val="18"/>
                <w:szCs w:val="18"/>
              </w:rPr>
            </w:pPr>
            <w:r>
              <w:rPr>
                <w:rFonts w:cs="Arial"/>
                <w:sz w:val="18"/>
                <w:szCs w:val="18"/>
              </w:rPr>
              <w:t>7</w:t>
            </w:r>
          </w:p>
        </w:tc>
        <w:tc>
          <w:tcPr>
            <w:tcW w:w="5608" w:type="dxa"/>
            <w:tcMar>
              <w:top w:w="80" w:type="dxa"/>
              <w:left w:w="100" w:type="dxa"/>
              <w:bottom w:w="80" w:type="dxa"/>
              <w:right w:w="100" w:type="dxa"/>
            </w:tcMar>
            <w:vAlign w:val="center"/>
          </w:tcPr>
          <w:p w14:paraId="61AF8BC4" w14:textId="77777777" w:rsidR="006E5074" w:rsidRPr="00F61D90" w:rsidRDefault="00000000" w:rsidP="00F61D90">
            <w:pPr>
              <w:spacing w:after="0" w:line="240" w:lineRule="auto"/>
              <w:jc w:val="left"/>
              <w:rPr>
                <w:rFonts w:cs="Arial"/>
                <w:sz w:val="18"/>
                <w:szCs w:val="18"/>
              </w:rPr>
            </w:pPr>
            <w:r>
              <w:rPr>
                <w:rFonts w:cs="Arial"/>
                <w:sz w:val="18"/>
                <w:szCs w:val="18"/>
              </w:rPr>
              <w:t>Documente care demonstrează experiența practică de conducere relevantă pentru cerințele IFN</w:t>
            </w:r>
          </w:p>
        </w:tc>
        <w:tc>
          <w:tcPr>
            <w:tcW w:w="599" w:type="dxa"/>
            <w:tcMar>
              <w:top w:w="80" w:type="dxa"/>
              <w:left w:w="100" w:type="dxa"/>
              <w:bottom w:w="80" w:type="dxa"/>
              <w:right w:w="100" w:type="dxa"/>
            </w:tcMar>
            <w:vAlign w:val="center"/>
          </w:tcPr>
          <w:p w14:paraId="2691D710"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43F45A21"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10326B40" w14:textId="77777777" w:rsidR="006E5074" w:rsidRPr="00F61D90" w:rsidRDefault="00000000" w:rsidP="00F61D90">
            <w:pPr>
              <w:spacing w:after="0" w:line="240" w:lineRule="auto"/>
              <w:jc w:val="left"/>
              <w:rPr>
                <w:rFonts w:cs="Arial"/>
                <w:sz w:val="18"/>
                <w:szCs w:val="18"/>
              </w:rPr>
            </w:pPr>
            <w:r>
              <w:rPr>
                <w:rFonts w:cs="Arial"/>
                <w:sz w:val="18"/>
                <w:szCs w:val="18"/>
              </w:rPr>
              <w:t>Conform reglementărilor aplicabile</w:t>
            </w:r>
          </w:p>
        </w:tc>
      </w:tr>
      <w:tr w:rsidR="006E5074" w:rsidRPr="00F61D90" w14:paraId="705A3E3C" w14:textId="77777777" w:rsidTr="00F61D90">
        <w:tc>
          <w:tcPr>
            <w:tcW w:w="451" w:type="dxa"/>
            <w:tcMar>
              <w:top w:w="80" w:type="dxa"/>
              <w:left w:w="100" w:type="dxa"/>
              <w:bottom w:w="80" w:type="dxa"/>
              <w:right w:w="100" w:type="dxa"/>
            </w:tcMar>
            <w:vAlign w:val="center"/>
          </w:tcPr>
          <w:p w14:paraId="05544772" w14:textId="3DEE2DE8" w:rsidR="006E5074" w:rsidRPr="00F61D90" w:rsidRDefault="00000000" w:rsidP="00F61D90">
            <w:pPr>
              <w:spacing w:after="0" w:line="240" w:lineRule="auto"/>
              <w:jc w:val="left"/>
              <w:rPr>
                <w:rFonts w:cs="Arial"/>
                <w:sz w:val="18"/>
                <w:szCs w:val="18"/>
              </w:rPr>
            </w:pPr>
            <w:r>
              <w:rPr>
                <w:rFonts w:cs="Arial"/>
                <w:sz w:val="18"/>
                <w:szCs w:val="18"/>
              </w:rPr>
              <w:t>8</w:t>
            </w:r>
          </w:p>
        </w:tc>
        <w:tc>
          <w:tcPr>
            <w:tcW w:w="5608" w:type="dxa"/>
            <w:tcMar>
              <w:top w:w="80" w:type="dxa"/>
              <w:left w:w="100" w:type="dxa"/>
              <w:bottom w:w="80" w:type="dxa"/>
              <w:right w:w="100" w:type="dxa"/>
            </w:tcMar>
            <w:vAlign w:val="center"/>
          </w:tcPr>
          <w:p w14:paraId="0D459E88" w14:textId="77777777" w:rsidR="006E5074" w:rsidRPr="00F61D90" w:rsidRDefault="00000000" w:rsidP="00F61D90">
            <w:pPr>
              <w:spacing w:after="0" w:line="240" w:lineRule="auto"/>
              <w:jc w:val="left"/>
              <w:rPr>
                <w:rFonts w:cs="Arial"/>
                <w:sz w:val="18"/>
                <w:szCs w:val="18"/>
              </w:rPr>
            </w:pPr>
            <w:r>
              <w:rPr>
                <w:rFonts w:cs="Arial"/>
                <w:sz w:val="18"/>
                <w:szCs w:val="18"/>
              </w:rPr>
              <w:t>Documente care demonstrează minimum 5 ani experiență practică în domeniul creditării/garantării</w:t>
            </w:r>
          </w:p>
        </w:tc>
        <w:tc>
          <w:tcPr>
            <w:tcW w:w="599" w:type="dxa"/>
            <w:tcMar>
              <w:top w:w="80" w:type="dxa"/>
              <w:left w:w="100" w:type="dxa"/>
              <w:bottom w:w="80" w:type="dxa"/>
              <w:right w:w="100" w:type="dxa"/>
            </w:tcMar>
            <w:vAlign w:val="center"/>
          </w:tcPr>
          <w:p w14:paraId="42DF9123"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15CFBB5E"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5D53BBD8" w14:textId="77777777" w:rsidR="006E5074" w:rsidRPr="00F61D90" w:rsidRDefault="00000000" w:rsidP="00F61D90">
            <w:pPr>
              <w:spacing w:after="0" w:line="240" w:lineRule="auto"/>
              <w:jc w:val="left"/>
              <w:rPr>
                <w:rFonts w:cs="Arial"/>
                <w:sz w:val="18"/>
                <w:szCs w:val="18"/>
              </w:rPr>
            </w:pPr>
            <w:r>
              <w:rPr>
                <w:rFonts w:cs="Arial"/>
                <w:sz w:val="18"/>
                <w:szCs w:val="18"/>
              </w:rPr>
              <w:t>Cerință eliminatorie IFN</w:t>
            </w:r>
          </w:p>
        </w:tc>
      </w:tr>
      <w:tr w:rsidR="006E5074" w:rsidRPr="00F61D90" w14:paraId="6369D539" w14:textId="77777777" w:rsidTr="00F61D90">
        <w:tc>
          <w:tcPr>
            <w:tcW w:w="451" w:type="dxa"/>
            <w:tcMar>
              <w:top w:w="80" w:type="dxa"/>
              <w:left w:w="100" w:type="dxa"/>
              <w:bottom w:w="80" w:type="dxa"/>
              <w:right w:w="100" w:type="dxa"/>
            </w:tcMar>
            <w:vAlign w:val="center"/>
          </w:tcPr>
          <w:p w14:paraId="51126BCC" w14:textId="77777777" w:rsidR="00B02696" w:rsidRDefault="00000000">
            <w:pPr>
              <w:spacing w:after="0" w:line="240" w:lineRule="auto"/>
              <w:jc w:val="left"/>
              <w:rPr>
                <w:rFonts w:cs="Arial"/>
                <w:sz w:val="18"/>
                <w:szCs w:val="18"/>
              </w:rPr>
            </w:pPr>
            <w:r>
              <w:rPr>
                <w:rFonts w:cs="Arial"/>
                <w:sz w:val="18"/>
                <w:szCs w:val="18"/>
              </w:rPr>
              <w:lastRenderedPageBreak/>
              <w:t>9</w:t>
            </w:r>
          </w:p>
        </w:tc>
        <w:tc>
          <w:tcPr>
            <w:tcW w:w="5608" w:type="dxa"/>
            <w:tcMar>
              <w:top w:w="80" w:type="dxa"/>
              <w:left w:w="100" w:type="dxa"/>
              <w:bottom w:w="80" w:type="dxa"/>
              <w:right w:w="100" w:type="dxa"/>
            </w:tcMar>
            <w:vAlign w:val="center"/>
          </w:tcPr>
          <w:p w14:paraId="4ABE4F72" w14:textId="77777777" w:rsidR="00B02696" w:rsidRDefault="00000000">
            <w:pPr>
              <w:spacing w:after="0" w:line="240" w:lineRule="auto"/>
              <w:jc w:val="left"/>
              <w:rPr>
                <w:rFonts w:cs="Arial"/>
                <w:sz w:val="18"/>
                <w:szCs w:val="18"/>
              </w:rPr>
            </w:pPr>
            <w:r>
              <w:rPr>
                <w:rFonts w:cs="Arial"/>
                <w:sz w:val="18"/>
                <w:szCs w:val="18"/>
              </w:rPr>
              <w:t>Documente care demonstrează experiența practică în aplicarea IFRS (adeverință de la angajator, fișa postului, decizia de numire ori situații financiare semnate de candidat)</w:t>
            </w:r>
          </w:p>
        </w:tc>
        <w:tc>
          <w:tcPr>
            <w:tcW w:w="599" w:type="dxa"/>
            <w:tcMar>
              <w:top w:w="80" w:type="dxa"/>
              <w:left w:w="100" w:type="dxa"/>
              <w:bottom w:w="80" w:type="dxa"/>
              <w:right w:w="100" w:type="dxa"/>
            </w:tcMar>
            <w:vAlign w:val="center"/>
          </w:tcPr>
          <w:p w14:paraId="01FA9632" w14:textId="77777777" w:rsidR="00B02696" w:rsidRDefault="00B02696">
            <w:pPr>
              <w:spacing w:after="0" w:line="240" w:lineRule="auto"/>
              <w:jc w:val="left"/>
              <w:rPr>
                <w:rFonts w:cs="Arial"/>
                <w:sz w:val="18"/>
                <w:szCs w:val="18"/>
              </w:rPr>
            </w:pPr>
          </w:p>
        </w:tc>
        <w:tc>
          <w:tcPr>
            <w:tcW w:w="608" w:type="dxa"/>
            <w:tcMar>
              <w:top w:w="80" w:type="dxa"/>
              <w:left w:w="100" w:type="dxa"/>
              <w:bottom w:w="80" w:type="dxa"/>
              <w:right w:w="100" w:type="dxa"/>
            </w:tcMar>
            <w:vAlign w:val="center"/>
          </w:tcPr>
          <w:p w14:paraId="05609E1C" w14:textId="77777777" w:rsidR="00B02696" w:rsidRDefault="0000000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669E5683" w14:textId="77777777" w:rsidR="00B02696" w:rsidRDefault="00000000">
            <w:pPr>
              <w:spacing w:after="0" w:line="240" w:lineRule="auto"/>
              <w:jc w:val="left"/>
              <w:rPr>
                <w:rFonts w:cs="Arial"/>
                <w:sz w:val="18"/>
                <w:szCs w:val="18"/>
              </w:rPr>
            </w:pPr>
            <w:r>
              <w:rPr>
                <w:rFonts w:cs="Arial"/>
                <w:sz w:val="18"/>
                <w:szCs w:val="18"/>
              </w:rPr>
              <w:t>Cerință eliminatorie pentru Director</w:t>
            </w:r>
          </w:p>
        </w:tc>
      </w:tr>
      <w:tr w:rsidR="006E5074" w:rsidRPr="00F61D90" w14:paraId="7FC384BC" w14:textId="77777777" w:rsidTr="00F61D90">
        <w:tc>
          <w:tcPr>
            <w:tcW w:w="451" w:type="dxa"/>
            <w:tcMar>
              <w:top w:w="80" w:type="dxa"/>
              <w:left w:w="100" w:type="dxa"/>
              <w:bottom w:w="80" w:type="dxa"/>
              <w:right w:w="100" w:type="dxa"/>
            </w:tcMar>
            <w:vAlign w:val="center"/>
          </w:tcPr>
          <w:p w14:paraId="6E25C4A5" w14:textId="212DD9C9" w:rsidR="006E5074" w:rsidRPr="00F61D90" w:rsidRDefault="00000000" w:rsidP="00F61D90">
            <w:pPr>
              <w:spacing w:after="0" w:line="240" w:lineRule="auto"/>
              <w:jc w:val="left"/>
              <w:rPr>
                <w:rFonts w:cs="Arial"/>
                <w:sz w:val="18"/>
                <w:szCs w:val="18"/>
              </w:rPr>
            </w:pPr>
            <w:r>
              <w:rPr>
                <w:rFonts w:cs="Arial"/>
                <w:sz w:val="18"/>
                <w:szCs w:val="18"/>
              </w:rPr>
              <w:t>10</w:t>
            </w:r>
          </w:p>
        </w:tc>
        <w:tc>
          <w:tcPr>
            <w:tcW w:w="5608" w:type="dxa"/>
            <w:tcMar>
              <w:top w:w="80" w:type="dxa"/>
              <w:left w:w="100" w:type="dxa"/>
              <w:bottom w:w="80" w:type="dxa"/>
              <w:right w:w="100" w:type="dxa"/>
            </w:tcMar>
            <w:vAlign w:val="center"/>
          </w:tcPr>
          <w:p w14:paraId="39F5DF15" w14:textId="77777777" w:rsidR="006E5074" w:rsidRPr="00F61D90" w:rsidRDefault="00000000" w:rsidP="00F61D90">
            <w:pPr>
              <w:spacing w:after="0" w:line="240" w:lineRule="auto"/>
              <w:jc w:val="left"/>
              <w:rPr>
                <w:rFonts w:cs="Arial"/>
                <w:sz w:val="18"/>
                <w:szCs w:val="18"/>
              </w:rPr>
            </w:pPr>
            <w:r>
              <w:rPr>
                <w:rFonts w:cs="Arial"/>
                <w:sz w:val="18"/>
                <w:szCs w:val="18"/>
              </w:rPr>
              <w:t xml:space="preserve">Cazier judiciar și cazier fiscal </w:t>
            </w:r>
          </w:p>
        </w:tc>
        <w:tc>
          <w:tcPr>
            <w:tcW w:w="599" w:type="dxa"/>
            <w:tcMar>
              <w:top w:w="80" w:type="dxa"/>
              <w:left w:w="100" w:type="dxa"/>
              <w:bottom w:w="80" w:type="dxa"/>
              <w:right w:w="100" w:type="dxa"/>
            </w:tcMar>
            <w:vAlign w:val="center"/>
          </w:tcPr>
          <w:p w14:paraId="287C0D1C"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3A0FB4E7"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079BD192" w14:textId="77777777" w:rsidR="006E5074" w:rsidRPr="00F61D90" w:rsidRDefault="00000000" w:rsidP="00F61D90">
            <w:pPr>
              <w:spacing w:after="0" w:line="240" w:lineRule="auto"/>
              <w:jc w:val="left"/>
              <w:rPr>
                <w:rFonts w:cs="Arial"/>
                <w:sz w:val="18"/>
                <w:szCs w:val="18"/>
              </w:rPr>
            </w:pPr>
            <w:r>
              <w:rPr>
                <w:rFonts w:cs="Arial"/>
                <w:sz w:val="18"/>
                <w:szCs w:val="18"/>
              </w:rPr>
              <w:t>În termen de valabilitate</w:t>
            </w:r>
          </w:p>
        </w:tc>
      </w:tr>
      <w:tr w:rsidR="006E5074" w:rsidRPr="00F61D90" w14:paraId="2BD70C26" w14:textId="77777777" w:rsidTr="00F61D90">
        <w:tc>
          <w:tcPr>
            <w:tcW w:w="451" w:type="dxa"/>
            <w:tcMar>
              <w:top w:w="80" w:type="dxa"/>
              <w:left w:w="100" w:type="dxa"/>
              <w:bottom w:w="80" w:type="dxa"/>
              <w:right w:w="100" w:type="dxa"/>
            </w:tcMar>
            <w:vAlign w:val="center"/>
          </w:tcPr>
          <w:p w14:paraId="0AC81111" w14:textId="007DDC6B" w:rsidR="006E5074" w:rsidRPr="00F61D90" w:rsidRDefault="00000000" w:rsidP="00F61D90">
            <w:pPr>
              <w:spacing w:after="0" w:line="240" w:lineRule="auto"/>
              <w:jc w:val="left"/>
              <w:rPr>
                <w:rFonts w:cs="Arial"/>
                <w:sz w:val="18"/>
                <w:szCs w:val="18"/>
              </w:rPr>
            </w:pPr>
            <w:r>
              <w:rPr>
                <w:rFonts w:cs="Arial"/>
                <w:sz w:val="18"/>
                <w:szCs w:val="18"/>
              </w:rPr>
              <w:t>11</w:t>
            </w:r>
          </w:p>
        </w:tc>
        <w:tc>
          <w:tcPr>
            <w:tcW w:w="5608" w:type="dxa"/>
            <w:tcMar>
              <w:top w:w="80" w:type="dxa"/>
              <w:left w:w="100" w:type="dxa"/>
              <w:bottom w:w="80" w:type="dxa"/>
              <w:right w:w="100" w:type="dxa"/>
            </w:tcMar>
            <w:vAlign w:val="center"/>
          </w:tcPr>
          <w:p w14:paraId="38437AE4" w14:textId="77777777" w:rsidR="006E5074" w:rsidRPr="00F61D90" w:rsidRDefault="00000000" w:rsidP="00F61D90">
            <w:pPr>
              <w:spacing w:after="0" w:line="240" w:lineRule="auto"/>
              <w:jc w:val="left"/>
              <w:rPr>
                <w:rFonts w:cs="Arial"/>
                <w:sz w:val="18"/>
                <w:szCs w:val="18"/>
              </w:rPr>
            </w:pPr>
            <w:r>
              <w:rPr>
                <w:rFonts w:cs="Arial"/>
                <w:sz w:val="18"/>
                <w:szCs w:val="18"/>
              </w:rPr>
              <w:t>Declarație privind îndeplinirea condițiilor de eligibilitate</w:t>
            </w:r>
          </w:p>
        </w:tc>
        <w:tc>
          <w:tcPr>
            <w:tcW w:w="599" w:type="dxa"/>
            <w:tcMar>
              <w:top w:w="80" w:type="dxa"/>
              <w:left w:w="100" w:type="dxa"/>
              <w:bottom w:w="80" w:type="dxa"/>
              <w:right w:w="100" w:type="dxa"/>
            </w:tcMar>
            <w:vAlign w:val="center"/>
          </w:tcPr>
          <w:p w14:paraId="0FCE3BC5"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75D7BE38"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70A95963" w14:textId="77777777" w:rsidR="006E5074" w:rsidRPr="00F61D90" w:rsidRDefault="00000000" w:rsidP="00F61D90">
            <w:pPr>
              <w:spacing w:after="0" w:line="240" w:lineRule="auto"/>
              <w:jc w:val="left"/>
              <w:rPr>
                <w:rFonts w:cs="Arial"/>
                <w:sz w:val="18"/>
                <w:szCs w:val="18"/>
              </w:rPr>
            </w:pPr>
            <w:r>
              <w:rPr>
                <w:rFonts w:cs="Arial"/>
                <w:sz w:val="18"/>
                <w:szCs w:val="18"/>
              </w:rPr>
              <w:t>Model la pct. 7</w:t>
            </w:r>
          </w:p>
        </w:tc>
      </w:tr>
      <w:tr w:rsidR="006E5074" w:rsidRPr="00F61D90" w14:paraId="3517B268" w14:textId="77777777" w:rsidTr="00F61D90">
        <w:tc>
          <w:tcPr>
            <w:tcW w:w="451" w:type="dxa"/>
            <w:tcMar>
              <w:top w:w="80" w:type="dxa"/>
              <w:left w:w="100" w:type="dxa"/>
              <w:bottom w:w="80" w:type="dxa"/>
              <w:right w:w="100" w:type="dxa"/>
            </w:tcMar>
            <w:vAlign w:val="center"/>
          </w:tcPr>
          <w:p w14:paraId="73F9D7E8" w14:textId="3B4DDC66" w:rsidR="006E5074" w:rsidRPr="00F61D90" w:rsidRDefault="00000000" w:rsidP="00F61D90">
            <w:pPr>
              <w:spacing w:after="0" w:line="240" w:lineRule="auto"/>
              <w:jc w:val="left"/>
              <w:rPr>
                <w:rFonts w:cs="Arial"/>
                <w:sz w:val="18"/>
                <w:szCs w:val="18"/>
              </w:rPr>
            </w:pPr>
            <w:r>
              <w:rPr>
                <w:rFonts w:cs="Arial"/>
                <w:sz w:val="18"/>
                <w:szCs w:val="18"/>
              </w:rPr>
              <w:t>12</w:t>
            </w:r>
          </w:p>
        </w:tc>
        <w:tc>
          <w:tcPr>
            <w:tcW w:w="5608" w:type="dxa"/>
            <w:tcMar>
              <w:top w:w="80" w:type="dxa"/>
              <w:left w:w="100" w:type="dxa"/>
              <w:bottom w:w="80" w:type="dxa"/>
              <w:right w:w="100" w:type="dxa"/>
            </w:tcMar>
            <w:vAlign w:val="center"/>
          </w:tcPr>
          <w:p w14:paraId="52DCD1C5" w14:textId="77777777" w:rsidR="006E5074" w:rsidRPr="00F61D90" w:rsidRDefault="00000000" w:rsidP="00F61D90">
            <w:pPr>
              <w:spacing w:after="0" w:line="240" w:lineRule="auto"/>
              <w:jc w:val="left"/>
              <w:rPr>
                <w:rFonts w:cs="Arial"/>
                <w:sz w:val="18"/>
                <w:szCs w:val="18"/>
              </w:rPr>
            </w:pPr>
            <w:r>
              <w:rPr>
                <w:rFonts w:cs="Arial"/>
                <w:sz w:val="18"/>
                <w:szCs w:val="18"/>
              </w:rPr>
              <w:t>Declarație privind reputația, integritatea și conduita profesională</w:t>
            </w:r>
          </w:p>
        </w:tc>
        <w:tc>
          <w:tcPr>
            <w:tcW w:w="599" w:type="dxa"/>
            <w:tcMar>
              <w:top w:w="80" w:type="dxa"/>
              <w:left w:w="100" w:type="dxa"/>
              <w:bottom w:w="80" w:type="dxa"/>
              <w:right w:w="100" w:type="dxa"/>
            </w:tcMar>
            <w:vAlign w:val="center"/>
          </w:tcPr>
          <w:p w14:paraId="7C686162"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4B6CDF3E"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2ABD23EB" w14:textId="77777777" w:rsidR="006E5074" w:rsidRPr="00F61D90" w:rsidRDefault="00000000" w:rsidP="00F61D90">
            <w:pPr>
              <w:spacing w:after="0" w:line="240" w:lineRule="auto"/>
              <w:jc w:val="left"/>
              <w:rPr>
                <w:rFonts w:cs="Arial"/>
                <w:sz w:val="18"/>
                <w:szCs w:val="18"/>
              </w:rPr>
            </w:pPr>
            <w:r>
              <w:rPr>
                <w:rFonts w:cs="Arial"/>
                <w:sz w:val="18"/>
                <w:szCs w:val="18"/>
              </w:rPr>
              <w:t>Model la pct. 8</w:t>
            </w:r>
          </w:p>
        </w:tc>
      </w:tr>
      <w:tr w:rsidR="006E5074" w:rsidRPr="00F61D90" w14:paraId="51490892" w14:textId="77777777" w:rsidTr="00F61D90">
        <w:tc>
          <w:tcPr>
            <w:tcW w:w="451" w:type="dxa"/>
            <w:tcMar>
              <w:top w:w="80" w:type="dxa"/>
              <w:left w:w="100" w:type="dxa"/>
              <w:bottom w:w="80" w:type="dxa"/>
              <w:right w:w="100" w:type="dxa"/>
            </w:tcMar>
            <w:vAlign w:val="center"/>
          </w:tcPr>
          <w:p w14:paraId="692416EC" w14:textId="50511B56" w:rsidR="006E5074" w:rsidRPr="00F61D90" w:rsidRDefault="00000000" w:rsidP="00F61D90">
            <w:pPr>
              <w:spacing w:after="0" w:line="240" w:lineRule="auto"/>
              <w:jc w:val="left"/>
              <w:rPr>
                <w:rFonts w:cs="Arial"/>
                <w:sz w:val="18"/>
                <w:szCs w:val="18"/>
              </w:rPr>
            </w:pPr>
            <w:r>
              <w:rPr>
                <w:rFonts w:cs="Arial"/>
                <w:sz w:val="18"/>
                <w:szCs w:val="18"/>
              </w:rPr>
              <w:t>13</w:t>
            </w:r>
          </w:p>
        </w:tc>
        <w:tc>
          <w:tcPr>
            <w:tcW w:w="5608" w:type="dxa"/>
            <w:tcMar>
              <w:top w:w="80" w:type="dxa"/>
              <w:left w:w="100" w:type="dxa"/>
              <w:bottom w:w="80" w:type="dxa"/>
              <w:right w:w="100" w:type="dxa"/>
            </w:tcMar>
            <w:vAlign w:val="center"/>
          </w:tcPr>
          <w:p w14:paraId="28903F17" w14:textId="77777777" w:rsidR="006E5074" w:rsidRPr="00F61D90" w:rsidRDefault="00000000" w:rsidP="00F61D90">
            <w:pPr>
              <w:spacing w:after="0" w:line="240" w:lineRule="auto"/>
              <w:jc w:val="left"/>
              <w:rPr>
                <w:rFonts w:cs="Arial"/>
                <w:sz w:val="18"/>
                <w:szCs w:val="18"/>
              </w:rPr>
            </w:pPr>
            <w:r>
              <w:rPr>
                <w:rFonts w:cs="Arial"/>
                <w:sz w:val="18"/>
                <w:szCs w:val="18"/>
              </w:rPr>
              <w:t>Declarație privind incompatibilitățile, interdicțiile și conflictele de interese</w:t>
            </w:r>
          </w:p>
        </w:tc>
        <w:tc>
          <w:tcPr>
            <w:tcW w:w="599" w:type="dxa"/>
            <w:tcMar>
              <w:top w:w="80" w:type="dxa"/>
              <w:left w:w="100" w:type="dxa"/>
              <w:bottom w:w="80" w:type="dxa"/>
              <w:right w:w="100" w:type="dxa"/>
            </w:tcMar>
            <w:vAlign w:val="center"/>
          </w:tcPr>
          <w:p w14:paraId="40D129A6"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3337AC68"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79DDE938" w14:textId="77777777" w:rsidR="006E5074" w:rsidRPr="00F61D90" w:rsidRDefault="00000000" w:rsidP="00F61D90">
            <w:pPr>
              <w:spacing w:after="0" w:line="240" w:lineRule="auto"/>
              <w:jc w:val="left"/>
              <w:rPr>
                <w:rFonts w:cs="Arial"/>
                <w:sz w:val="18"/>
                <w:szCs w:val="18"/>
              </w:rPr>
            </w:pPr>
            <w:r>
              <w:rPr>
                <w:rFonts w:cs="Arial"/>
                <w:sz w:val="18"/>
                <w:szCs w:val="18"/>
              </w:rPr>
              <w:t>Model la pct. 9</w:t>
            </w:r>
          </w:p>
        </w:tc>
      </w:tr>
      <w:tr w:rsidR="006E5074" w:rsidRPr="00F61D90" w14:paraId="3964F4E9" w14:textId="77777777" w:rsidTr="00F61D90">
        <w:tc>
          <w:tcPr>
            <w:tcW w:w="451" w:type="dxa"/>
            <w:tcMar>
              <w:top w:w="80" w:type="dxa"/>
              <w:left w:w="100" w:type="dxa"/>
              <w:bottom w:w="80" w:type="dxa"/>
              <w:right w:w="100" w:type="dxa"/>
            </w:tcMar>
            <w:vAlign w:val="center"/>
          </w:tcPr>
          <w:p w14:paraId="79DAB336" w14:textId="529296B8" w:rsidR="006E5074" w:rsidRPr="00F61D90" w:rsidRDefault="00000000" w:rsidP="00F61D90">
            <w:pPr>
              <w:spacing w:after="0" w:line="240" w:lineRule="auto"/>
              <w:jc w:val="left"/>
              <w:rPr>
                <w:rFonts w:cs="Arial"/>
                <w:sz w:val="18"/>
                <w:szCs w:val="18"/>
              </w:rPr>
            </w:pPr>
            <w:r>
              <w:rPr>
                <w:rFonts w:cs="Arial"/>
                <w:sz w:val="18"/>
                <w:szCs w:val="18"/>
              </w:rPr>
              <w:t>14</w:t>
            </w:r>
          </w:p>
        </w:tc>
        <w:tc>
          <w:tcPr>
            <w:tcW w:w="5608" w:type="dxa"/>
            <w:tcMar>
              <w:top w:w="80" w:type="dxa"/>
              <w:left w:w="100" w:type="dxa"/>
              <w:bottom w:w="80" w:type="dxa"/>
              <w:right w:w="100" w:type="dxa"/>
            </w:tcMar>
            <w:vAlign w:val="center"/>
          </w:tcPr>
          <w:p w14:paraId="561A0737" w14:textId="77777777" w:rsidR="006E5074" w:rsidRPr="00F61D90" w:rsidRDefault="00000000" w:rsidP="00F61D90">
            <w:pPr>
              <w:spacing w:after="0" w:line="240" w:lineRule="auto"/>
              <w:jc w:val="left"/>
              <w:rPr>
                <w:rFonts w:cs="Arial"/>
                <w:sz w:val="18"/>
                <w:szCs w:val="18"/>
              </w:rPr>
            </w:pPr>
            <w:r>
              <w:rPr>
                <w:rFonts w:cs="Arial"/>
                <w:sz w:val="18"/>
                <w:szCs w:val="18"/>
              </w:rPr>
              <w:t>Declarație privind autenticitatea și exactitatea informațiilor furnizate</w:t>
            </w:r>
          </w:p>
        </w:tc>
        <w:tc>
          <w:tcPr>
            <w:tcW w:w="599" w:type="dxa"/>
            <w:tcMar>
              <w:top w:w="80" w:type="dxa"/>
              <w:left w:w="100" w:type="dxa"/>
              <w:bottom w:w="80" w:type="dxa"/>
              <w:right w:w="100" w:type="dxa"/>
            </w:tcMar>
            <w:vAlign w:val="center"/>
          </w:tcPr>
          <w:p w14:paraId="3F93B8B3"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21217E33"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1CF335D5" w14:textId="77777777" w:rsidR="006E5074" w:rsidRPr="00F61D90" w:rsidRDefault="00000000" w:rsidP="00F61D90">
            <w:pPr>
              <w:spacing w:after="0" w:line="240" w:lineRule="auto"/>
              <w:jc w:val="left"/>
              <w:rPr>
                <w:rFonts w:cs="Arial"/>
                <w:sz w:val="18"/>
                <w:szCs w:val="18"/>
              </w:rPr>
            </w:pPr>
            <w:r>
              <w:rPr>
                <w:rFonts w:cs="Arial"/>
                <w:sz w:val="18"/>
                <w:szCs w:val="18"/>
              </w:rPr>
              <w:t>Model la pct. 10</w:t>
            </w:r>
          </w:p>
        </w:tc>
      </w:tr>
      <w:tr w:rsidR="006E5074" w:rsidRPr="00F61D90" w14:paraId="271CC009" w14:textId="77777777" w:rsidTr="00F61D90">
        <w:tc>
          <w:tcPr>
            <w:tcW w:w="451" w:type="dxa"/>
            <w:tcMar>
              <w:top w:w="80" w:type="dxa"/>
              <w:left w:w="100" w:type="dxa"/>
              <w:bottom w:w="80" w:type="dxa"/>
              <w:right w:w="100" w:type="dxa"/>
            </w:tcMar>
            <w:vAlign w:val="center"/>
          </w:tcPr>
          <w:p w14:paraId="711461E3" w14:textId="5CAD00EF" w:rsidR="006E5074" w:rsidRPr="00F61D90" w:rsidRDefault="00000000" w:rsidP="00F61D90">
            <w:pPr>
              <w:spacing w:after="0" w:line="240" w:lineRule="auto"/>
              <w:jc w:val="left"/>
              <w:rPr>
                <w:rFonts w:cs="Arial"/>
                <w:sz w:val="18"/>
                <w:szCs w:val="18"/>
              </w:rPr>
            </w:pPr>
            <w:r>
              <w:rPr>
                <w:rFonts w:cs="Arial"/>
                <w:sz w:val="18"/>
                <w:szCs w:val="18"/>
              </w:rPr>
              <w:t>15</w:t>
            </w:r>
          </w:p>
        </w:tc>
        <w:tc>
          <w:tcPr>
            <w:tcW w:w="5608" w:type="dxa"/>
            <w:tcMar>
              <w:top w:w="80" w:type="dxa"/>
              <w:left w:w="100" w:type="dxa"/>
              <w:bottom w:w="80" w:type="dxa"/>
              <w:right w:w="100" w:type="dxa"/>
            </w:tcMar>
            <w:vAlign w:val="center"/>
          </w:tcPr>
          <w:p w14:paraId="35FC3A1A" w14:textId="77777777" w:rsidR="006E5074" w:rsidRPr="00F61D90" w:rsidRDefault="00000000" w:rsidP="00F61D90">
            <w:pPr>
              <w:spacing w:after="0" w:line="240" w:lineRule="auto"/>
              <w:jc w:val="left"/>
              <w:rPr>
                <w:rFonts w:cs="Arial"/>
                <w:sz w:val="18"/>
                <w:szCs w:val="18"/>
              </w:rPr>
            </w:pPr>
            <w:r>
              <w:rPr>
                <w:rFonts w:cs="Arial"/>
                <w:sz w:val="18"/>
                <w:szCs w:val="18"/>
              </w:rPr>
              <w:t>Declarație privind disponibilitatea pentru exercitarea mandatului și alocarea timpului necesar</w:t>
            </w:r>
          </w:p>
        </w:tc>
        <w:tc>
          <w:tcPr>
            <w:tcW w:w="599" w:type="dxa"/>
            <w:tcMar>
              <w:top w:w="80" w:type="dxa"/>
              <w:left w:w="100" w:type="dxa"/>
              <w:bottom w:w="80" w:type="dxa"/>
              <w:right w:w="100" w:type="dxa"/>
            </w:tcMar>
            <w:vAlign w:val="center"/>
          </w:tcPr>
          <w:p w14:paraId="284DBBDB"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492C942E"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4E3D7776" w14:textId="77777777" w:rsidR="006E5074" w:rsidRPr="00F61D90" w:rsidRDefault="00000000" w:rsidP="00F61D90">
            <w:pPr>
              <w:spacing w:after="0" w:line="240" w:lineRule="auto"/>
              <w:jc w:val="left"/>
              <w:rPr>
                <w:rFonts w:cs="Arial"/>
                <w:sz w:val="18"/>
                <w:szCs w:val="18"/>
              </w:rPr>
            </w:pPr>
            <w:r>
              <w:rPr>
                <w:rFonts w:cs="Arial"/>
                <w:sz w:val="18"/>
                <w:szCs w:val="18"/>
              </w:rPr>
              <w:t>Model la pct. 11</w:t>
            </w:r>
          </w:p>
        </w:tc>
      </w:tr>
      <w:tr w:rsidR="006E5074" w:rsidRPr="00F61D90" w14:paraId="36B56D5B" w14:textId="77777777" w:rsidTr="00F61D90">
        <w:tc>
          <w:tcPr>
            <w:tcW w:w="451" w:type="dxa"/>
            <w:tcMar>
              <w:top w:w="80" w:type="dxa"/>
              <w:left w:w="100" w:type="dxa"/>
              <w:bottom w:w="80" w:type="dxa"/>
              <w:right w:w="100" w:type="dxa"/>
            </w:tcMar>
            <w:vAlign w:val="center"/>
          </w:tcPr>
          <w:p w14:paraId="14FFEEC4" w14:textId="7409C6D5" w:rsidR="006E5074" w:rsidRPr="00F61D90" w:rsidRDefault="00000000" w:rsidP="00F61D90">
            <w:pPr>
              <w:spacing w:after="0" w:line="240" w:lineRule="auto"/>
              <w:jc w:val="left"/>
              <w:rPr>
                <w:rFonts w:cs="Arial"/>
                <w:sz w:val="18"/>
                <w:szCs w:val="18"/>
              </w:rPr>
            </w:pPr>
            <w:r>
              <w:rPr>
                <w:rFonts w:cs="Arial"/>
                <w:sz w:val="18"/>
                <w:szCs w:val="18"/>
              </w:rPr>
              <w:t>16</w:t>
            </w:r>
          </w:p>
        </w:tc>
        <w:tc>
          <w:tcPr>
            <w:tcW w:w="5608" w:type="dxa"/>
            <w:tcMar>
              <w:top w:w="80" w:type="dxa"/>
              <w:left w:w="100" w:type="dxa"/>
              <w:bottom w:w="80" w:type="dxa"/>
              <w:right w:w="100" w:type="dxa"/>
            </w:tcMar>
            <w:vAlign w:val="center"/>
          </w:tcPr>
          <w:p w14:paraId="39779258" w14:textId="77777777" w:rsidR="006E5074" w:rsidRPr="00F61D90" w:rsidRDefault="00000000" w:rsidP="00F61D90">
            <w:pPr>
              <w:spacing w:after="0" w:line="240" w:lineRule="auto"/>
              <w:jc w:val="left"/>
              <w:rPr>
                <w:rFonts w:cs="Arial"/>
                <w:sz w:val="18"/>
                <w:szCs w:val="18"/>
              </w:rPr>
            </w:pPr>
            <w:r>
              <w:rPr>
                <w:rFonts w:cs="Arial"/>
                <w:sz w:val="18"/>
                <w:szCs w:val="18"/>
              </w:rPr>
              <w:t>Confirmarea luării la cunoștință a Notei de informare privind protecția datelor</w:t>
            </w:r>
          </w:p>
        </w:tc>
        <w:tc>
          <w:tcPr>
            <w:tcW w:w="599" w:type="dxa"/>
            <w:tcMar>
              <w:top w:w="80" w:type="dxa"/>
              <w:left w:w="100" w:type="dxa"/>
              <w:bottom w:w="80" w:type="dxa"/>
              <w:right w:w="100" w:type="dxa"/>
            </w:tcMar>
            <w:vAlign w:val="center"/>
          </w:tcPr>
          <w:p w14:paraId="3B361C33"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608" w:type="dxa"/>
            <w:tcMar>
              <w:top w:w="80" w:type="dxa"/>
              <w:left w:w="100" w:type="dxa"/>
              <w:bottom w:w="80" w:type="dxa"/>
              <w:right w:w="100" w:type="dxa"/>
            </w:tcMar>
            <w:vAlign w:val="center"/>
          </w:tcPr>
          <w:p w14:paraId="25E4AF63" w14:textId="77777777" w:rsidR="006E5074" w:rsidRPr="00F61D90" w:rsidRDefault="00000000" w:rsidP="00F61D90">
            <w:pPr>
              <w:spacing w:after="0" w:line="240" w:lineRule="auto"/>
              <w:jc w:val="left"/>
              <w:rPr>
                <w:rFonts w:cs="Arial"/>
                <w:sz w:val="18"/>
                <w:szCs w:val="18"/>
              </w:rPr>
            </w:pPr>
            <w:r>
              <w:rPr>
                <w:rFonts w:cs="Arial"/>
                <w:sz w:val="18"/>
                <w:szCs w:val="18"/>
              </w:rPr>
              <w:t>●</w:t>
            </w:r>
          </w:p>
        </w:tc>
        <w:tc>
          <w:tcPr>
            <w:tcW w:w="2249" w:type="dxa"/>
            <w:tcMar>
              <w:top w:w="80" w:type="dxa"/>
              <w:left w:w="100" w:type="dxa"/>
              <w:bottom w:w="80" w:type="dxa"/>
              <w:right w:w="100" w:type="dxa"/>
            </w:tcMar>
            <w:vAlign w:val="center"/>
          </w:tcPr>
          <w:p w14:paraId="51294128" w14:textId="77777777" w:rsidR="006E5074" w:rsidRPr="00F61D90" w:rsidRDefault="00000000" w:rsidP="00F61D90">
            <w:pPr>
              <w:spacing w:after="0" w:line="240" w:lineRule="auto"/>
              <w:jc w:val="left"/>
              <w:rPr>
                <w:rFonts w:cs="Arial"/>
                <w:sz w:val="18"/>
                <w:szCs w:val="18"/>
              </w:rPr>
            </w:pPr>
            <w:r>
              <w:rPr>
                <w:rFonts w:cs="Arial"/>
                <w:sz w:val="18"/>
                <w:szCs w:val="18"/>
              </w:rPr>
              <w:t>Nu reprezintă consimțământ generic GDPR</w:t>
            </w:r>
          </w:p>
        </w:tc>
      </w:tr>
      <w:tr w:rsidR="006E5074" w:rsidRPr="00F61D90" w14:paraId="2F975DFF" w14:textId="77777777" w:rsidTr="00F61D90">
        <w:tc>
          <w:tcPr>
            <w:tcW w:w="451" w:type="dxa"/>
            <w:tcMar>
              <w:top w:w="80" w:type="dxa"/>
              <w:left w:w="100" w:type="dxa"/>
              <w:bottom w:w="80" w:type="dxa"/>
              <w:right w:w="100" w:type="dxa"/>
            </w:tcMar>
            <w:vAlign w:val="center"/>
          </w:tcPr>
          <w:p w14:paraId="6930FD05" w14:textId="361DDCCE" w:rsidR="006E5074" w:rsidRPr="00F61D90" w:rsidRDefault="00000000" w:rsidP="00F61D90">
            <w:pPr>
              <w:spacing w:after="0" w:line="240" w:lineRule="auto"/>
              <w:jc w:val="left"/>
              <w:rPr>
                <w:rFonts w:cs="Arial"/>
                <w:sz w:val="18"/>
                <w:szCs w:val="18"/>
              </w:rPr>
            </w:pPr>
            <w:r>
              <w:rPr>
                <w:rFonts w:cs="Arial"/>
                <w:sz w:val="18"/>
                <w:szCs w:val="18"/>
              </w:rPr>
              <w:t>17</w:t>
            </w:r>
          </w:p>
        </w:tc>
        <w:tc>
          <w:tcPr>
            <w:tcW w:w="5608" w:type="dxa"/>
            <w:tcMar>
              <w:top w:w="80" w:type="dxa"/>
              <w:left w:w="100" w:type="dxa"/>
              <w:bottom w:w="80" w:type="dxa"/>
              <w:right w:w="100" w:type="dxa"/>
            </w:tcMar>
            <w:vAlign w:val="center"/>
          </w:tcPr>
          <w:p w14:paraId="1767952A" w14:textId="77777777" w:rsidR="006E5074" w:rsidRPr="00F61D90" w:rsidRDefault="00000000" w:rsidP="00F61D90">
            <w:pPr>
              <w:spacing w:after="0" w:line="240" w:lineRule="auto"/>
              <w:jc w:val="left"/>
              <w:rPr>
                <w:rFonts w:cs="Arial"/>
                <w:sz w:val="18"/>
                <w:szCs w:val="18"/>
              </w:rPr>
            </w:pPr>
            <w:r>
              <w:rPr>
                <w:rFonts w:cs="Arial"/>
                <w:sz w:val="18"/>
                <w:szCs w:val="18"/>
              </w:rPr>
              <w:t>Alte documente prevăzute expres în anunț, necesare verificării profilului funcției</w:t>
            </w:r>
          </w:p>
        </w:tc>
        <w:tc>
          <w:tcPr>
            <w:tcW w:w="599" w:type="dxa"/>
            <w:tcMar>
              <w:top w:w="80" w:type="dxa"/>
              <w:left w:w="100" w:type="dxa"/>
              <w:bottom w:w="80" w:type="dxa"/>
              <w:right w:w="100" w:type="dxa"/>
            </w:tcMar>
            <w:vAlign w:val="center"/>
          </w:tcPr>
          <w:p w14:paraId="7BD238C2" w14:textId="77777777" w:rsidR="006E5074" w:rsidRPr="00F61D90" w:rsidRDefault="00000000" w:rsidP="00F61D90">
            <w:pPr>
              <w:spacing w:after="0" w:line="240" w:lineRule="auto"/>
              <w:jc w:val="left"/>
              <w:rPr>
                <w:rFonts w:cs="Arial"/>
                <w:sz w:val="18"/>
                <w:szCs w:val="18"/>
              </w:rPr>
            </w:pPr>
            <w:r>
              <w:rPr>
                <w:rFonts w:cs="Arial"/>
                <w:sz w:val="18"/>
                <w:szCs w:val="18"/>
              </w:rPr>
              <w:t>după caz</w:t>
            </w:r>
          </w:p>
        </w:tc>
        <w:tc>
          <w:tcPr>
            <w:tcW w:w="608" w:type="dxa"/>
            <w:tcMar>
              <w:top w:w="80" w:type="dxa"/>
              <w:left w:w="100" w:type="dxa"/>
              <w:bottom w:w="80" w:type="dxa"/>
              <w:right w:w="100" w:type="dxa"/>
            </w:tcMar>
            <w:vAlign w:val="center"/>
          </w:tcPr>
          <w:p w14:paraId="4AD855C6" w14:textId="77777777" w:rsidR="006E5074" w:rsidRPr="00F61D90" w:rsidRDefault="00000000" w:rsidP="00F61D90">
            <w:pPr>
              <w:spacing w:after="0" w:line="240" w:lineRule="auto"/>
              <w:jc w:val="left"/>
              <w:rPr>
                <w:rFonts w:cs="Arial"/>
                <w:sz w:val="18"/>
                <w:szCs w:val="18"/>
              </w:rPr>
            </w:pPr>
            <w:r>
              <w:rPr>
                <w:rFonts w:cs="Arial"/>
                <w:sz w:val="18"/>
                <w:szCs w:val="18"/>
              </w:rPr>
              <w:t>după caz</w:t>
            </w:r>
          </w:p>
        </w:tc>
        <w:tc>
          <w:tcPr>
            <w:tcW w:w="2249" w:type="dxa"/>
            <w:tcMar>
              <w:top w:w="80" w:type="dxa"/>
              <w:left w:w="100" w:type="dxa"/>
              <w:bottom w:w="80" w:type="dxa"/>
              <w:right w:w="100" w:type="dxa"/>
            </w:tcMar>
            <w:vAlign w:val="center"/>
          </w:tcPr>
          <w:p w14:paraId="685F6AF6" w14:textId="77777777" w:rsidR="006E5074" w:rsidRPr="00F61D90" w:rsidRDefault="00000000" w:rsidP="00F61D90">
            <w:pPr>
              <w:spacing w:after="0" w:line="240" w:lineRule="auto"/>
              <w:jc w:val="left"/>
              <w:rPr>
                <w:rFonts w:cs="Arial"/>
                <w:sz w:val="18"/>
                <w:szCs w:val="18"/>
              </w:rPr>
            </w:pPr>
            <w:r>
              <w:rPr>
                <w:rFonts w:cs="Arial"/>
                <w:sz w:val="18"/>
                <w:szCs w:val="18"/>
              </w:rPr>
              <w:t>Trebuie să fie relevante și proporționale</w:t>
            </w:r>
          </w:p>
        </w:tc>
      </w:tr>
    </w:tbl>
    <w:p w14:paraId="5CFDD86D" w14:textId="77777777" w:rsidR="00F61D90" w:rsidRDefault="00F61D90">
      <w:pPr>
        <w:pStyle w:val="Article"/>
        <w:spacing w:before="180" w:after="80"/>
      </w:pPr>
    </w:p>
    <w:p w14:paraId="1164B0CE" w14:textId="77777777" w:rsidR="006E5074" w:rsidRPr="00F61D90" w:rsidRDefault="00000000" w:rsidP="00F61D90">
      <w:pPr>
        <w:pStyle w:val="Article"/>
        <w:adjustRightInd w:val="0"/>
        <w:snapToGrid w:val="0"/>
        <w:spacing w:before="40" w:after="40" w:line="288" w:lineRule="auto"/>
        <w:rPr>
          <w:sz w:val="24"/>
          <w:szCs w:val="24"/>
        </w:rPr>
      </w:pPr>
      <w:r>
        <w:rPr>
          <w:sz w:val="24"/>
          <w:szCs w:val="24"/>
        </w:rPr>
        <w:t>3. Documentarea experienței profesionale și manageriale</w:t>
      </w:r>
    </w:p>
    <w:p w14:paraId="5EDF9531" w14:textId="77777777" w:rsidR="006E5074" w:rsidRPr="00F61D90" w:rsidRDefault="00000000" w:rsidP="00F61D90">
      <w:pPr>
        <w:pStyle w:val="BodyText"/>
        <w:adjustRightInd w:val="0"/>
        <w:snapToGrid w:val="0"/>
        <w:spacing w:after="40"/>
        <w:rPr>
          <w:szCs w:val="24"/>
        </w:rPr>
      </w:pPr>
      <w:r>
        <w:rPr>
          <w:szCs w:val="24"/>
        </w:rPr>
        <w:t>Experiența invocată de candidat trebuie să poată fi verificată prin documente oficiale sau alte dovezi credibile și verificabile. Pot fi utilizate, după caz:</w:t>
      </w:r>
    </w:p>
    <w:p w14:paraId="426B6825" w14:textId="77777777" w:rsidR="006E5074" w:rsidRPr="00F61D90" w:rsidRDefault="00000000" w:rsidP="00F61D90">
      <w:pPr>
        <w:pStyle w:val="BodyText"/>
        <w:adjustRightInd w:val="0"/>
        <w:snapToGrid w:val="0"/>
        <w:spacing w:after="40"/>
        <w:ind w:left="510" w:hanging="170"/>
        <w:rPr>
          <w:szCs w:val="24"/>
        </w:rPr>
      </w:pPr>
      <w:r>
        <w:rPr>
          <w:szCs w:val="24"/>
        </w:rPr>
        <w:t>a) adeverințe eliberate de angajatori sau foști angajatori;</w:t>
      </w:r>
    </w:p>
    <w:p w14:paraId="2D872A23" w14:textId="77777777" w:rsidR="006E5074" w:rsidRPr="00F61D90" w:rsidRDefault="00000000" w:rsidP="00F61D90">
      <w:pPr>
        <w:pStyle w:val="BodyText"/>
        <w:adjustRightInd w:val="0"/>
        <w:snapToGrid w:val="0"/>
        <w:spacing w:after="40"/>
        <w:ind w:left="510" w:hanging="170"/>
        <w:rPr>
          <w:szCs w:val="24"/>
        </w:rPr>
      </w:pPr>
      <w:r>
        <w:rPr>
          <w:szCs w:val="24"/>
        </w:rPr>
        <w:t>b) contracte individuale de muncă și acte adiționale, în măsura relevantă;</w:t>
      </w:r>
    </w:p>
    <w:p w14:paraId="35683A43" w14:textId="77777777" w:rsidR="006E5074" w:rsidRPr="00F61D90" w:rsidRDefault="00000000" w:rsidP="00F61D90">
      <w:pPr>
        <w:pStyle w:val="BodyText"/>
        <w:adjustRightInd w:val="0"/>
        <w:snapToGrid w:val="0"/>
        <w:spacing w:after="40"/>
        <w:ind w:left="510" w:hanging="170"/>
        <w:rPr>
          <w:szCs w:val="24"/>
        </w:rPr>
      </w:pPr>
      <w:r>
        <w:rPr>
          <w:szCs w:val="24"/>
        </w:rPr>
        <w:t>c) contracte de mandat, management sau administrare;</w:t>
      </w:r>
    </w:p>
    <w:p w14:paraId="7A8FE2FE" w14:textId="77777777" w:rsidR="006E5074" w:rsidRPr="00F61D90" w:rsidRDefault="00000000" w:rsidP="00F61D90">
      <w:pPr>
        <w:pStyle w:val="BodyText"/>
        <w:adjustRightInd w:val="0"/>
        <w:snapToGrid w:val="0"/>
        <w:spacing w:after="40"/>
        <w:ind w:left="510" w:hanging="170"/>
        <w:rPr>
          <w:szCs w:val="24"/>
        </w:rPr>
      </w:pPr>
      <w:r>
        <w:rPr>
          <w:szCs w:val="24"/>
        </w:rPr>
        <w:t>d) hotărâri, decizii ori alte acte de numire în funcții de conducere;</w:t>
      </w:r>
    </w:p>
    <w:p w14:paraId="7D04357D" w14:textId="77777777" w:rsidR="006E5074" w:rsidRPr="00F61D90" w:rsidRDefault="00000000" w:rsidP="00F61D90">
      <w:pPr>
        <w:pStyle w:val="BodyText"/>
        <w:adjustRightInd w:val="0"/>
        <w:snapToGrid w:val="0"/>
        <w:spacing w:after="40"/>
        <w:ind w:left="510" w:hanging="170"/>
        <w:rPr>
          <w:szCs w:val="24"/>
        </w:rPr>
      </w:pPr>
      <w:r>
        <w:rPr>
          <w:szCs w:val="24"/>
        </w:rPr>
        <w:t>e) extrase ori certificate emise de registre sau autorități publice;</w:t>
      </w:r>
    </w:p>
    <w:p w14:paraId="2584E8FC" w14:textId="77777777" w:rsidR="006E5074" w:rsidRPr="00F61D90" w:rsidRDefault="00000000" w:rsidP="00F61D90">
      <w:pPr>
        <w:pStyle w:val="BodyText"/>
        <w:adjustRightInd w:val="0"/>
        <w:snapToGrid w:val="0"/>
        <w:spacing w:after="40"/>
        <w:ind w:left="510" w:hanging="170"/>
        <w:rPr>
          <w:szCs w:val="24"/>
        </w:rPr>
      </w:pPr>
      <w:r>
        <w:rPr>
          <w:szCs w:val="24"/>
        </w:rPr>
        <w:t>f) fișe de post, organigrame sau documente oficiale care permit identificarea anvergurii responsabilităților;</w:t>
      </w:r>
    </w:p>
    <w:p w14:paraId="76EAC6AA" w14:textId="77777777" w:rsidR="006E5074" w:rsidRPr="00F61D90" w:rsidRDefault="00000000" w:rsidP="00F61D90">
      <w:pPr>
        <w:pStyle w:val="BodyText"/>
        <w:adjustRightInd w:val="0"/>
        <w:snapToGrid w:val="0"/>
        <w:spacing w:after="40"/>
        <w:ind w:left="510" w:hanging="170"/>
        <w:rPr>
          <w:szCs w:val="24"/>
        </w:rPr>
      </w:pPr>
      <w:r>
        <w:rPr>
          <w:szCs w:val="24"/>
        </w:rPr>
        <w:t>g) alte documente verificabile care atestă funcția, perioada, domeniul și natura activității.</w:t>
      </w:r>
    </w:p>
    <w:p w14:paraId="27D44DA9" w14:textId="77777777" w:rsidR="006E5074" w:rsidRPr="00F61D90" w:rsidRDefault="00000000" w:rsidP="00F61D90">
      <w:pPr>
        <w:pStyle w:val="BodyText"/>
        <w:adjustRightInd w:val="0"/>
        <w:snapToGrid w:val="0"/>
        <w:spacing w:after="40"/>
        <w:rPr>
          <w:szCs w:val="24"/>
        </w:rPr>
      </w:pPr>
      <w:r>
        <w:rPr>
          <w:szCs w:val="24"/>
        </w:rPr>
        <w:t>Pentru verificarea experienței aplicabile conducătorilor IFN, documentele trebuie să permită identificarea naturii instituției, funcției exercitate, perioadei și activității relevante, inclusiv experiența practică în creditare/garantare.</w:t>
      </w:r>
    </w:p>
    <w:p w14:paraId="16B4276F" w14:textId="77777777" w:rsidR="00B02696" w:rsidRDefault="00000000">
      <w:pPr>
        <w:pStyle w:val="BodyText"/>
        <w:adjustRightInd w:val="0"/>
        <w:snapToGrid w:val="0"/>
        <w:spacing w:after="40"/>
        <w:rPr>
          <w:szCs w:val="24"/>
        </w:rPr>
      </w:pPr>
      <w:r>
        <w:rPr>
          <w:szCs w:val="24"/>
        </w:rPr>
        <w:t>Pentru funcția de Director, documentele privind experiența în aplicarea IFRS trebuie să permită identificarea cadrului de raportare aplicat, a exercițiilor financiare și a rolului candidatului în întocmirea, coordonarea sau verificarea situațiilor ori raportărilor financiare.</w:t>
      </w:r>
    </w:p>
    <w:p w14:paraId="18599B67" w14:textId="77777777" w:rsidR="006E5074" w:rsidRPr="00F61D90" w:rsidRDefault="00000000" w:rsidP="00F61D90">
      <w:pPr>
        <w:pStyle w:val="BodyText"/>
        <w:adjustRightInd w:val="0"/>
        <w:snapToGrid w:val="0"/>
        <w:spacing w:after="40"/>
        <w:rPr>
          <w:szCs w:val="24"/>
        </w:rPr>
      </w:pPr>
      <w:r>
        <w:rPr>
          <w:szCs w:val="24"/>
        </w:rPr>
        <w:t>În evaluarea comparativă, candidatul este încurajat să evidențieze dimensiunea echipelor coordonate, aria funcțională, nivelul de responsabilitate, bugetele/portofoliile gestionate, proiectele majore și rezultatele măsurabile obținute.</w:t>
      </w:r>
    </w:p>
    <w:p w14:paraId="40AB7C3C" w14:textId="77777777" w:rsidR="00F61D90" w:rsidRDefault="00F61D90" w:rsidP="00F61D90">
      <w:pPr>
        <w:pStyle w:val="Article"/>
        <w:adjustRightInd w:val="0"/>
        <w:snapToGrid w:val="0"/>
        <w:spacing w:before="40" w:after="40" w:line="288" w:lineRule="auto"/>
        <w:rPr>
          <w:sz w:val="24"/>
          <w:szCs w:val="24"/>
        </w:rPr>
      </w:pPr>
    </w:p>
    <w:p w14:paraId="0DC9DE05" w14:textId="77777777" w:rsidR="006E5074" w:rsidRPr="00F61D90" w:rsidRDefault="00000000" w:rsidP="00F61D90">
      <w:pPr>
        <w:pStyle w:val="Article"/>
        <w:adjustRightInd w:val="0"/>
        <w:snapToGrid w:val="0"/>
        <w:spacing w:before="40" w:after="40" w:line="288" w:lineRule="auto"/>
        <w:rPr>
          <w:sz w:val="24"/>
          <w:szCs w:val="24"/>
        </w:rPr>
      </w:pPr>
      <w:r>
        <w:rPr>
          <w:sz w:val="24"/>
          <w:szCs w:val="24"/>
        </w:rPr>
        <w:t>4. Cerințe privind forma documentelor</w:t>
      </w:r>
    </w:p>
    <w:p w14:paraId="14571F97" w14:textId="77777777" w:rsidR="006E5074" w:rsidRPr="00F61D90" w:rsidRDefault="00000000" w:rsidP="00F61D90">
      <w:pPr>
        <w:pStyle w:val="BodyText"/>
        <w:adjustRightInd w:val="0"/>
        <w:snapToGrid w:val="0"/>
        <w:spacing w:after="40"/>
        <w:rPr>
          <w:szCs w:val="24"/>
        </w:rPr>
      </w:pPr>
      <w:r>
        <w:rPr>
          <w:szCs w:val="24"/>
        </w:rPr>
        <w:lastRenderedPageBreak/>
        <w:t>Documentele se depun în limba română. Pentru documentele emise într-o altă limbă, FGCR/ARC Consulting poate solicita traducerea în limba română, în condițiile comunicate candidaților.</w:t>
      </w:r>
    </w:p>
    <w:p w14:paraId="6D63990D" w14:textId="77777777" w:rsidR="006E5074" w:rsidRPr="00F61D90" w:rsidRDefault="00000000" w:rsidP="00F61D90">
      <w:pPr>
        <w:pStyle w:val="BodyText"/>
        <w:adjustRightInd w:val="0"/>
        <w:snapToGrid w:val="0"/>
        <w:spacing w:after="40"/>
        <w:rPr>
          <w:szCs w:val="24"/>
        </w:rPr>
      </w:pPr>
      <w:r>
        <w:rPr>
          <w:szCs w:val="24"/>
        </w:rPr>
        <w:t>Copiile trebuie să fie complete și lizibile. FGCR și/sau expertul independent pot solicita prezentarea documentelor originale sau a unor copii certificate pentru verificarea conformității, atunci când este necesar.</w:t>
      </w:r>
    </w:p>
    <w:p w14:paraId="4A46ACCB" w14:textId="561B4C40" w:rsidR="00F61D90" w:rsidRDefault="00000000" w:rsidP="000271CF">
      <w:pPr>
        <w:pStyle w:val="BodyText"/>
        <w:adjustRightInd w:val="0"/>
        <w:snapToGrid w:val="0"/>
        <w:spacing w:after="40"/>
        <w:rPr>
          <w:szCs w:val="24"/>
        </w:rPr>
      </w:pPr>
      <w:r>
        <w:rPr>
          <w:szCs w:val="24"/>
        </w:rPr>
        <w:t>Informațiile din CV, cerere și declarații trebuie să fie consecvente. Orice neconcordanță materială poate face obiectul unei solicitări de clarificări.</w:t>
      </w:r>
    </w:p>
    <w:p w14:paraId="145FD179" w14:textId="77777777" w:rsidR="00F61D90" w:rsidRDefault="00F61D90" w:rsidP="00F61D90">
      <w:pPr>
        <w:pStyle w:val="Article"/>
        <w:adjustRightInd w:val="0"/>
        <w:snapToGrid w:val="0"/>
        <w:spacing w:before="40" w:after="40" w:line="288" w:lineRule="auto"/>
        <w:rPr>
          <w:sz w:val="24"/>
          <w:szCs w:val="24"/>
        </w:rPr>
      </w:pPr>
    </w:p>
    <w:p w14:paraId="3AF3CDBF" w14:textId="77777777" w:rsidR="006E5074" w:rsidRPr="00F61D90" w:rsidRDefault="00000000" w:rsidP="00F61D90">
      <w:pPr>
        <w:pStyle w:val="Article"/>
        <w:adjustRightInd w:val="0"/>
        <w:snapToGrid w:val="0"/>
        <w:spacing w:before="40" w:after="40" w:line="288" w:lineRule="auto"/>
        <w:rPr>
          <w:sz w:val="24"/>
          <w:szCs w:val="24"/>
        </w:rPr>
      </w:pPr>
      <w:r>
        <w:rPr>
          <w:sz w:val="24"/>
          <w:szCs w:val="24"/>
        </w:rPr>
        <w:t>5. Depunerea și actualizarea informațiilor</w:t>
      </w:r>
    </w:p>
    <w:p w14:paraId="3628FA78" w14:textId="77777777" w:rsidR="006E5074" w:rsidRPr="00F61D90" w:rsidRDefault="00000000" w:rsidP="00F61D90">
      <w:pPr>
        <w:pStyle w:val="BodyText"/>
        <w:adjustRightInd w:val="0"/>
        <w:snapToGrid w:val="0"/>
        <w:spacing w:after="40"/>
        <w:rPr>
          <w:szCs w:val="24"/>
        </w:rPr>
      </w:pPr>
      <w:r>
        <w:rPr>
          <w:szCs w:val="24"/>
        </w:rPr>
        <w:t>Candidatul este responsabil pentru transmiterea dosarului complet în termenul prevăzut în anunț și pentru corectitudinea informațiilor furnizate.</w:t>
      </w:r>
    </w:p>
    <w:p w14:paraId="5D1D9E84" w14:textId="77777777" w:rsidR="006E5074" w:rsidRDefault="00000000" w:rsidP="00F61D90">
      <w:pPr>
        <w:pStyle w:val="BodyText"/>
        <w:adjustRightInd w:val="0"/>
        <w:snapToGrid w:val="0"/>
        <w:spacing w:after="40"/>
        <w:rPr>
          <w:szCs w:val="24"/>
        </w:rPr>
      </w:pPr>
      <w:r>
        <w:rPr>
          <w:szCs w:val="24"/>
        </w:rPr>
        <w:t>Pe durata procedurii, candidatul are obligația de a informa fără întârziere FGCR/ARC Consulting cu privire la orice modificare care poate afecta eligibilitatea, reputația, integritatea, existența unei incompatibilități sau disponibilitatea pentru exercitarea mandatului.</w:t>
      </w:r>
    </w:p>
    <w:p w14:paraId="54570E63" w14:textId="77777777" w:rsidR="00F21F74" w:rsidRDefault="00F21F74" w:rsidP="00F61D90">
      <w:pPr>
        <w:pStyle w:val="BodyText"/>
        <w:adjustRightInd w:val="0"/>
        <w:snapToGrid w:val="0"/>
        <w:spacing w:after="40"/>
        <w:rPr>
          <w:szCs w:val="24"/>
        </w:rPr>
      </w:pPr>
    </w:p>
    <w:p w14:paraId="2ACFBD0A" w14:textId="56856295" w:rsidR="00B53658" w:rsidRDefault="00B53658" w:rsidP="00B53658">
      <w:pPr>
        <w:pStyle w:val="BodyText"/>
        <w:adjustRightInd w:val="0"/>
        <w:snapToGrid w:val="0"/>
        <w:spacing w:after="40"/>
        <w:rPr>
          <w:szCs w:val="24"/>
        </w:rPr>
      </w:pPr>
      <w:r>
        <w:rPr>
          <w:b/>
          <w:bCs/>
          <w:szCs w:val="24"/>
        </w:rPr>
        <w:t>6. Model – Cerere de candidatură -</w:t>
      </w:r>
      <w:r>
        <w:rPr>
          <w:szCs w:val="24"/>
        </w:rPr>
        <w:t xml:space="preserve"> Anexa 5a</w:t>
      </w:r>
    </w:p>
    <w:p w14:paraId="7E93F0A3" w14:textId="77777777" w:rsidR="00E42A36" w:rsidRDefault="00E42A36" w:rsidP="00B53658">
      <w:pPr>
        <w:pStyle w:val="BodyText"/>
        <w:adjustRightInd w:val="0"/>
        <w:snapToGrid w:val="0"/>
        <w:spacing w:after="40"/>
        <w:rPr>
          <w:b/>
          <w:bCs/>
          <w:szCs w:val="24"/>
        </w:rPr>
      </w:pPr>
    </w:p>
    <w:p w14:paraId="0C838C69" w14:textId="77777777" w:rsidR="00B53658" w:rsidRPr="00B53658" w:rsidRDefault="00B53658" w:rsidP="00B53658">
      <w:pPr>
        <w:pStyle w:val="BodyText"/>
        <w:adjustRightInd w:val="0"/>
        <w:snapToGrid w:val="0"/>
        <w:spacing w:after="40"/>
        <w:rPr>
          <w:b/>
          <w:bCs/>
          <w:szCs w:val="24"/>
        </w:rPr>
      </w:pPr>
      <w:r>
        <w:rPr>
          <w:b/>
          <w:bCs/>
          <w:szCs w:val="24"/>
        </w:rPr>
        <w:t xml:space="preserve">7. Model – Declarație privind îndeplinirea condițiilor de eligibilitate </w:t>
      </w:r>
      <w:r>
        <w:rPr>
          <w:szCs w:val="24"/>
        </w:rPr>
        <w:t>- Anexa 5b</w:t>
      </w:r>
    </w:p>
    <w:p w14:paraId="2DAE60E7" w14:textId="77777777" w:rsidR="00E42A36" w:rsidRDefault="00E42A36" w:rsidP="00B53658">
      <w:pPr>
        <w:pStyle w:val="BodyText"/>
        <w:adjustRightInd w:val="0"/>
        <w:snapToGrid w:val="0"/>
        <w:spacing w:after="40"/>
        <w:rPr>
          <w:b/>
          <w:bCs/>
          <w:szCs w:val="24"/>
        </w:rPr>
      </w:pPr>
    </w:p>
    <w:p w14:paraId="15C83FB5" w14:textId="77777777" w:rsidR="00B53658" w:rsidRPr="00B53658" w:rsidRDefault="00B53658" w:rsidP="00B53658">
      <w:pPr>
        <w:pStyle w:val="BodyText"/>
        <w:adjustRightInd w:val="0"/>
        <w:snapToGrid w:val="0"/>
        <w:spacing w:after="40"/>
        <w:rPr>
          <w:b/>
          <w:bCs/>
          <w:szCs w:val="24"/>
        </w:rPr>
      </w:pPr>
      <w:r>
        <w:rPr>
          <w:b/>
          <w:bCs/>
          <w:szCs w:val="24"/>
        </w:rPr>
        <w:t xml:space="preserve">8. Model – Declarație privind reputația, integritatea și conduita profesională </w:t>
      </w:r>
      <w:r>
        <w:rPr>
          <w:szCs w:val="24"/>
        </w:rPr>
        <w:t>– Anexa 5c</w:t>
      </w:r>
    </w:p>
    <w:p w14:paraId="3E40C8AA" w14:textId="77777777" w:rsidR="00E42A36" w:rsidRDefault="00E42A36" w:rsidP="00B53658">
      <w:pPr>
        <w:pStyle w:val="BodyText"/>
        <w:adjustRightInd w:val="0"/>
        <w:snapToGrid w:val="0"/>
        <w:spacing w:after="40"/>
        <w:rPr>
          <w:b/>
          <w:bCs/>
          <w:szCs w:val="24"/>
        </w:rPr>
      </w:pPr>
    </w:p>
    <w:p w14:paraId="565EE74A" w14:textId="77777777" w:rsidR="00B53658" w:rsidRPr="00B53658" w:rsidRDefault="00B53658" w:rsidP="00B53658">
      <w:pPr>
        <w:pStyle w:val="BodyText"/>
        <w:adjustRightInd w:val="0"/>
        <w:snapToGrid w:val="0"/>
        <w:spacing w:after="40"/>
        <w:rPr>
          <w:b/>
          <w:bCs/>
          <w:szCs w:val="24"/>
        </w:rPr>
      </w:pPr>
      <w:r>
        <w:rPr>
          <w:b/>
          <w:bCs/>
          <w:szCs w:val="24"/>
        </w:rPr>
        <w:t xml:space="preserve">9. Model – Declarație privind incompatibilitățile, interdicțiile și conflictele de interese </w:t>
      </w:r>
      <w:r>
        <w:rPr>
          <w:szCs w:val="24"/>
        </w:rPr>
        <w:t>– Anexa 5d</w:t>
      </w:r>
    </w:p>
    <w:p w14:paraId="11DBF14E" w14:textId="77777777" w:rsidR="00E42A36" w:rsidRDefault="00E42A36" w:rsidP="00B53658">
      <w:pPr>
        <w:pStyle w:val="BodyText"/>
        <w:adjustRightInd w:val="0"/>
        <w:snapToGrid w:val="0"/>
        <w:spacing w:after="40"/>
        <w:rPr>
          <w:b/>
          <w:bCs/>
          <w:szCs w:val="24"/>
        </w:rPr>
      </w:pPr>
    </w:p>
    <w:p w14:paraId="3DC4F4A2" w14:textId="77777777" w:rsidR="00B53658" w:rsidRPr="00B53658" w:rsidRDefault="00B53658" w:rsidP="00B53658">
      <w:pPr>
        <w:pStyle w:val="BodyText"/>
        <w:adjustRightInd w:val="0"/>
        <w:snapToGrid w:val="0"/>
        <w:spacing w:after="40"/>
        <w:rPr>
          <w:b/>
          <w:bCs/>
          <w:szCs w:val="24"/>
        </w:rPr>
      </w:pPr>
      <w:r>
        <w:rPr>
          <w:b/>
          <w:bCs/>
          <w:szCs w:val="24"/>
        </w:rPr>
        <w:t xml:space="preserve">10. Model – Declarație privind autenticitatea și exactitatea informațiilor </w:t>
      </w:r>
      <w:r>
        <w:rPr>
          <w:szCs w:val="24"/>
        </w:rPr>
        <w:t>– Anexa 5e</w:t>
      </w:r>
    </w:p>
    <w:p w14:paraId="47E9C6A3" w14:textId="77777777" w:rsidR="00E42A36" w:rsidRDefault="00E42A36" w:rsidP="00E42A36">
      <w:pPr>
        <w:pStyle w:val="BodyText"/>
        <w:adjustRightInd w:val="0"/>
        <w:snapToGrid w:val="0"/>
        <w:spacing w:after="40"/>
        <w:rPr>
          <w:b/>
          <w:bCs/>
          <w:szCs w:val="24"/>
        </w:rPr>
      </w:pPr>
    </w:p>
    <w:p w14:paraId="6E76489C" w14:textId="77777777" w:rsidR="00E42A36" w:rsidRPr="00E42A36" w:rsidRDefault="00E42A36" w:rsidP="00E42A36">
      <w:pPr>
        <w:pStyle w:val="BodyText"/>
        <w:adjustRightInd w:val="0"/>
        <w:snapToGrid w:val="0"/>
        <w:spacing w:after="40"/>
        <w:rPr>
          <w:b/>
          <w:bCs/>
          <w:szCs w:val="24"/>
        </w:rPr>
      </w:pPr>
      <w:r>
        <w:rPr>
          <w:b/>
          <w:bCs/>
          <w:szCs w:val="24"/>
        </w:rPr>
        <w:t xml:space="preserve">11. Model – Declarație privind disponibilitatea pentru exercitarea mandatului </w:t>
      </w:r>
      <w:r>
        <w:rPr>
          <w:szCs w:val="24"/>
        </w:rPr>
        <w:t>– Anexa 5f</w:t>
      </w:r>
    </w:p>
    <w:p w14:paraId="4ACC6A01" w14:textId="77777777" w:rsidR="00E42A36" w:rsidRDefault="00E42A36" w:rsidP="00E42A36">
      <w:pPr>
        <w:pStyle w:val="BodyText"/>
        <w:adjustRightInd w:val="0"/>
        <w:snapToGrid w:val="0"/>
        <w:spacing w:after="40"/>
        <w:rPr>
          <w:b/>
          <w:bCs/>
          <w:szCs w:val="24"/>
        </w:rPr>
      </w:pPr>
    </w:p>
    <w:p w14:paraId="1F0B8068" w14:textId="77777777" w:rsidR="00E42A36" w:rsidRPr="00E42A36" w:rsidRDefault="00E42A36" w:rsidP="00E42A36">
      <w:pPr>
        <w:pStyle w:val="BodyText"/>
        <w:adjustRightInd w:val="0"/>
        <w:snapToGrid w:val="0"/>
        <w:spacing w:after="40"/>
        <w:rPr>
          <w:b/>
          <w:bCs/>
          <w:szCs w:val="24"/>
        </w:rPr>
      </w:pPr>
      <w:r>
        <w:rPr>
          <w:b/>
          <w:bCs/>
          <w:szCs w:val="24"/>
        </w:rPr>
        <w:t>12. Notă de informare privind prelucrarea datelor cu caracter personal și confirmarea luării la cunoștință</w:t>
      </w:r>
      <w:r>
        <w:rPr>
          <w:szCs w:val="24"/>
        </w:rPr>
        <w:t>– Anexa 5g</w:t>
      </w:r>
    </w:p>
    <w:p w14:paraId="1749D9AB" w14:textId="77777777" w:rsidR="00E42A36" w:rsidRDefault="00E42A36" w:rsidP="00B53658">
      <w:pPr>
        <w:pStyle w:val="BodyText"/>
        <w:adjustRightInd w:val="0"/>
        <w:snapToGrid w:val="0"/>
        <w:spacing w:after="40"/>
        <w:rPr>
          <w:b/>
          <w:szCs w:val="24"/>
        </w:rPr>
      </w:pPr>
    </w:p>
    <w:p w14:paraId="07303E54" w14:textId="77777777" w:rsidR="00B53658" w:rsidRPr="00B53658" w:rsidRDefault="00B53658" w:rsidP="00B53658">
      <w:pPr>
        <w:pStyle w:val="BodyText"/>
        <w:adjustRightInd w:val="0"/>
        <w:snapToGrid w:val="0"/>
        <w:spacing w:after="40"/>
        <w:rPr>
          <w:b/>
          <w:szCs w:val="24"/>
        </w:rPr>
      </w:pPr>
      <w:r>
        <w:rPr>
          <w:b/>
          <w:szCs w:val="24"/>
        </w:rPr>
        <w:t>13. Reguli de utilizare a modelelor</w:t>
      </w:r>
    </w:p>
    <w:p w14:paraId="60D3E1BF" w14:textId="77777777" w:rsidR="00B53658" w:rsidRPr="00B53658" w:rsidRDefault="00B53658" w:rsidP="00B53658">
      <w:pPr>
        <w:pStyle w:val="BodyText"/>
        <w:adjustRightInd w:val="0"/>
        <w:snapToGrid w:val="0"/>
        <w:spacing w:after="40"/>
        <w:rPr>
          <w:szCs w:val="24"/>
        </w:rPr>
      </w:pPr>
      <w:r>
        <w:rPr>
          <w:szCs w:val="24"/>
        </w:rPr>
        <w:t>Modelele de declarații pot fi ajustate tehnic pentru publicarea procedurii, fără modificarea substanței cerințelor și fără introducerea unor obligații care nu au fost prevăzute în documentația aprobată.</w:t>
      </w:r>
    </w:p>
    <w:p w14:paraId="3B88564C" w14:textId="77777777" w:rsidR="00B53658" w:rsidRPr="00B53658" w:rsidRDefault="00B53658" w:rsidP="00B53658">
      <w:pPr>
        <w:pStyle w:val="BodyText"/>
        <w:adjustRightInd w:val="0"/>
        <w:snapToGrid w:val="0"/>
        <w:spacing w:after="40"/>
        <w:rPr>
          <w:szCs w:val="24"/>
        </w:rPr>
      </w:pPr>
      <w:r>
        <w:rPr>
          <w:szCs w:val="24"/>
        </w:rPr>
        <w:lastRenderedPageBreak/>
        <w:t>Dacă o cerință legală sau de reglementare impune o declarație ori un formular într-un format specific, prevalează formularul obligatoriu aplicabil.</w:t>
      </w:r>
    </w:p>
    <w:p w14:paraId="78636963" w14:textId="070614B2" w:rsidR="00B53658" w:rsidRPr="00B53658" w:rsidRDefault="00B53658" w:rsidP="00B53658">
      <w:pPr>
        <w:pStyle w:val="BodyText"/>
        <w:adjustRightInd w:val="0"/>
        <w:snapToGrid w:val="0"/>
        <w:spacing w:after="40"/>
        <w:rPr>
          <w:szCs w:val="24"/>
        </w:rPr>
      </w:pPr>
      <w:r>
        <w:rPr>
          <w:szCs w:val="24"/>
        </w:rPr>
        <w:t xml:space="preserve">Documentația completă destinată formalităților BNR poate fi solicitată persoanei selectate într-o etapă ulterioară, fără a încărca nejustificat dosarul inițial al tuturor candidaților. </w:t>
      </w:r>
    </w:p>
    <w:p w14:paraId="10F3068D" w14:textId="3D662809" w:rsidR="00F21F74" w:rsidRPr="000271CF" w:rsidRDefault="00B53658" w:rsidP="000271CF">
      <w:pPr>
        <w:spacing w:before="0" w:after="200" w:line="276" w:lineRule="auto"/>
        <w:jc w:val="left"/>
        <w:rPr>
          <w:szCs w:val="24"/>
        </w:rPr>
      </w:pPr>
      <w:r>
        <w:rPr>
          <w:b/>
          <w:bCs/>
          <w:szCs w:val="24"/>
        </w:rPr>
        <w:t>Anexa 5a</w:t>
      </w:r>
    </w:p>
    <w:p w14:paraId="564F064B" w14:textId="77777777" w:rsidR="006E5074" w:rsidRDefault="00000000" w:rsidP="00E42A36">
      <w:pPr>
        <w:pStyle w:val="Heading2"/>
        <w:spacing w:before="40" w:after="40"/>
      </w:pPr>
      <w:r>
        <w:rPr>
          <w:color w:val="294F39"/>
        </w:rPr>
        <w:t>Model – Cerere de candidatură</w:t>
      </w:r>
    </w:p>
    <w:p w14:paraId="30B1587E" w14:textId="77777777" w:rsidR="00F21F74" w:rsidRDefault="00F21F74" w:rsidP="00E42A36">
      <w:pPr>
        <w:pStyle w:val="BodyText"/>
        <w:spacing w:after="40"/>
      </w:pPr>
    </w:p>
    <w:p w14:paraId="1E9CAD2C" w14:textId="77777777" w:rsidR="00F21F74" w:rsidRDefault="00F21F74" w:rsidP="00E42A36">
      <w:pPr>
        <w:pStyle w:val="BodyText"/>
        <w:spacing w:after="40"/>
      </w:pPr>
    </w:p>
    <w:p w14:paraId="7BAC2AD3" w14:textId="77777777" w:rsidR="00F21F74" w:rsidRDefault="00000000" w:rsidP="00E42A36">
      <w:pPr>
        <w:pStyle w:val="BodyText"/>
        <w:spacing w:after="40"/>
      </w:pPr>
      <w:r>
        <w:t xml:space="preserve">Către: </w:t>
      </w:r>
    </w:p>
    <w:p w14:paraId="16F3E98D" w14:textId="77777777" w:rsidR="006E5074" w:rsidRDefault="00F21F74" w:rsidP="00E42A36">
      <w:pPr>
        <w:pStyle w:val="BodyText"/>
        <w:spacing w:after="40"/>
      </w:pPr>
      <w:r>
        <w:t xml:space="preserve">          Fondul de Garantare a Creditului Rural – IFN S.A.</w:t>
      </w:r>
    </w:p>
    <w:p w14:paraId="2653744E" w14:textId="77777777" w:rsidR="00F21F74" w:rsidRDefault="00F21F74" w:rsidP="00E42A36">
      <w:pPr>
        <w:pStyle w:val="BodyText"/>
        <w:spacing w:after="40"/>
        <w:rPr>
          <w:b/>
        </w:rPr>
      </w:pPr>
    </w:p>
    <w:p w14:paraId="6AA1A302" w14:textId="77777777" w:rsidR="00F21F74" w:rsidRDefault="00F21F74" w:rsidP="00E42A36">
      <w:pPr>
        <w:pStyle w:val="BodyText"/>
        <w:spacing w:after="40"/>
        <w:rPr>
          <w:b/>
        </w:rPr>
      </w:pPr>
    </w:p>
    <w:p w14:paraId="55F7794A" w14:textId="77777777" w:rsidR="006E5074" w:rsidRDefault="00000000" w:rsidP="00E42A36">
      <w:pPr>
        <w:pStyle w:val="BodyText"/>
        <w:spacing w:after="40"/>
      </w:pPr>
      <w:r>
        <w:rPr>
          <w:bCs/>
          <w:i/>
          <w:iCs/>
        </w:rPr>
        <w:t>Subsemnatul/Subsemnata</w:t>
      </w:r>
      <w:r>
        <w:rPr>
          <w:bCs/>
        </w:rPr>
        <w:t>,</w:t>
      </w:r>
      <w:r>
        <w:t xml:space="preserve"> ______________________________________________</w:t>
      </w:r>
    </w:p>
    <w:p w14:paraId="11F4E580" w14:textId="77777777" w:rsidR="006E5074" w:rsidRDefault="00000000" w:rsidP="00E42A36">
      <w:pPr>
        <w:pStyle w:val="BodyText"/>
        <w:spacing w:after="40"/>
      </w:pPr>
      <w:r>
        <w:rPr>
          <w:bCs/>
          <w:i/>
          <w:iCs/>
        </w:rPr>
        <w:t>Domiciliat(ă) în</w:t>
      </w:r>
      <w:r>
        <w:t xml:space="preserve"> ______________________________________________</w:t>
      </w:r>
    </w:p>
    <w:p w14:paraId="7B151C43" w14:textId="77777777" w:rsidR="006E5074" w:rsidRDefault="00000000" w:rsidP="00E42A36">
      <w:pPr>
        <w:pStyle w:val="BodyText"/>
        <w:spacing w:after="40"/>
      </w:pPr>
      <w:r>
        <w:rPr>
          <w:bCs/>
          <w:i/>
          <w:iCs/>
        </w:rPr>
        <w:t>Telefon</w:t>
      </w:r>
      <w:r>
        <w:t xml:space="preserve"> ______________________________________________</w:t>
      </w:r>
    </w:p>
    <w:p w14:paraId="73EA4274" w14:textId="77777777" w:rsidR="006E5074" w:rsidRDefault="00000000" w:rsidP="00E42A36">
      <w:pPr>
        <w:pStyle w:val="BodyText"/>
        <w:spacing w:after="40"/>
      </w:pPr>
      <w:r>
        <w:rPr>
          <w:b/>
          <w:i/>
          <w:iCs/>
        </w:rPr>
        <w:t>E-mail</w:t>
      </w:r>
      <w:r>
        <w:t xml:space="preserve"> ______________________________________________</w:t>
      </w:r>
    </w:p>
    <w:p w14:paraId="7D044F9A" w14:textId="77777777" w:rsidR="006E5074" w:rsidRDefault="00000000" w:rsidP="00E42A36">
      <w:pPr>
        <w:pStyle w:val="BodyText"/>
        <w:spacing w:after="40"/>
      </w:pPr>
      <w:r>
        <w:t>solicit înscrierea în procedura de selecție pentru:</w:t>
      </w:r>
    </w:p>
    <w:p w14:paraId="296EC3B4" w14:textId="77777777" w:rsidR="006E5074" w:rsidRDefault="00F21F74" w:rsidP="00E42A36">
      <w:pPr>
        <w:pStyle w:val="BodyText"/>
        <w:spacing w:after="40"/>
        <w:ind w:left="1440"/>
      </w:pPr>
      <w:r>
        <w:rPr>
          <w:rFonts w:cs="Arial"/>
          <w:sz w:val="40"/>
          <w:szCs w:val="40"/>
        </w:rPr>
        <w:t>□</w:t>
      </w:r>
      <w:r>
        <w:t xml:space="preserve"> Director General</w:t>
      </w:r>
    </w:p>
    <w:p w14:paraId="19569481" w14:textId="77777777" w:rsidR="006E5074" w:rsidRDefault="00F21F74" w:rsidP="00E42A36">
      <w:pPr>
        <w:pStyle w:val="BodyText"/>
        <w:spacing w:after="40"/>
        <w:ind w:left="1440"/>
      </w:pPr>
      <w:r>
        <w:rPr>
          <w:rFonts w:cs="Arial"/>
          <w:sz w:val="40"/>
          <w:szCs w:val="40"/>
        </w:rPr>
        <w:t>□</w:t>
      </w:r>
      <w:r>
        <w:t xml:space="preserve"> Director</w:t>
      </w:r>
    </w:p>
    <w:p w14:paraId="298BD09D" w14:textId="77777777" w:rsidR="006E5074" w:rsidRDefault="00F21F74" w:rsidP="00E42A36">
      <w:pPr>
        <w:pStyle w:val="BodyText"/>
        <w:spacing w:after="40"/>
        <w:ind w:left="1440"/>
      </w:pPr>
      <w:r>
        <w:rPr>
          <w:rFonts w:cs="Arial"/>
          <w:sz w:val="40"/>
          <w:szCs w:val="40"/>
        </w:rPr>
        <w:t>□</w:t>
      </w:r>
      <w:r>
        <w:t xml:space="preserve"> ambele funcții</w:t>
      </w:r>
    </w:p>
    <w:p w14:paraId="73CECFE7" w14:textId="77777777" w:rsidR="006E5074" w:rsidRDefault="00000000" w:rsidP="00E42A36">
      <w:pPr>
        <w:pStyle w:val="BodyText"/>
        <w:spacing w:after="40"/>
      </w:pPr>
      <w:r>
        <w:t>Declar că am luat cunoștință de Procedura de selecție, profilul funcției/funcțiilor, condițiile minime obligatorii de eligibilitate, criteriile de evaluare și regulile privind prelucrarea datelor cu caracter personal.</w:t>
      </w:r>
    </w:p>
    <w:p w14:paraId="600ACBF3" w14:textId="77777777" w:rsidR="006E5074" w:rsidRDefault="00000000" w:rsidP="00E42A36">
      <w:pPr>
        <w:pStyle w:val="BodyText"/>
        <w:spacing w:after="40"/>
      </w:pPr>
      <w:r>
        <w:t>Solicit ca toate comunicările aferente procedurii să fie transmise la adresa de e-mail indicată mai sus, cu excepția situațiilor în care documentația de selecție prevede o altă modalitate.</w:t>
      </w:r>
    </w:p>
    <w:p w14:paraId="193F0CDC" w14:textId="77777777" w:rsidR="00F21F74" w:rsidRDefault="00F21F74" w:rsidP="00E42A36">
      <w:pPr>
        <w:pStyle w:val="BodyText"/>
        <w:spacing w:after="40"/>
        <w:rPr>
          <w:bCs/>
        </w:rPr>
      </w:pPr>
    </w:p>
    <w:p w14:paraId="22DD16C3" w14:textId="77777777" w:rsidR="006E5074" w:rsidRPr="00F21F74" w:rsidRDefault="00000000" w:rsidP="00E42A36">
      <w:pPr>
        <w:pStyle w:val="BodyText"/>
        <w:spacing w:after="40"/>
        <w:rPr>
          <w:bCs/>
        </w:rPr>
      </w:pPr>
      <w:r>
        <w:rPr>
          <w:bCs/>
        </w:rPr>
        <w:t>Data ___________________</w:t>
      </w:r>
    </w:p>
    <w:p w14:paraId="16BEEB38" w14:textId="77777777" w:rsidR="00F21F74" w:rsidRDefault="00F21F74" w:rsidP="00E42A36">
      <w:pPr>
        <w:pStyle w:val="BodyText"/>
        <w:spacing w:after="40"/>
        <w:rPr>
          <w:bCs/>
        </w:rPr>
      </w:pPr>
    </w:p>
    <w:p w14:paraId="3552758C" w14:textId="77777777" w:rsidR="006E5074" w:rsidRDefault="00000000" w:rsidP="00E42A36">
      <w:pPr>
        <w:pStyle w:val="BodyText"/>
        <w:spacing w:after="40"/>
        <w:rPr>
          <w:bCs/>
        </w:rPr>
      </w:pPr>
      <w:r>
        <w:rPr>
          <w:bCs/>
        </w:rPr>
        <w:t>Semnătura ______________</w:t>
      </w:r>
    </w:p>
    <w:p w14:paraId="37744A29" w14:textId="77777777" w:rsidR="00F21F74" w:rsidRDefault="00F21F74" w:rsidP="00E42A36">
      <w:pPr>
        <w:pStyle w:val="BodyText"/>
        <w:spacing w:after="40"/>
        <w:rPr>
          <w:bCs/>
        </w:rPr>
      </w:pPr>
    </w:p>
    <w:p w14:paraId="034DD99F" w14:textId="77777777" w:rsidR="00F21F74" w:rsidRDefault="00F21F74">
      <w:pPr>
        <w:spacing w:before="0" w:after="200" w:line="276" w:lineRule="auto"/>
        <w:jc w:val="left"/>
        <w:rPr>
          <w:bCs/>
        </w:rPr>
      </w:pPr>
      <w:r>
        <w:rPr>
          <w:bCs/>
        </w:rPr>
        <w:br w:type="page"/>
      </w:r>
    </w:p>
    <w:p w14:paraId="5CA24A41" w14:textId="77777777" w:rsidR="00B53658" w:rsidRPr="00B53658" w:rsidRDefault="00B53658" w:rsidP="00B53658">
      <w:pPr>
        <w:pStyle w:val="Heading2"/>
        <w:spacing w:before="240" w:after="100"/>
        <w:jc w:val="right"/>
        <w:rPr>
          <w:color w:val="294F39"/>
        </w:rPr>
      </w:pPr>
      <w:r>
        <w:rPr>
          <w:color w:val="294F39"/>
        </w:rPr>
        <w:lastRenderedPageBreak/>
        <w:t>Anexa 5b</w:t>
      </w:r>
    </w:p>
    <w:p w14:paraId="590780DF" w14:textId="77777777" w:rsidR="006E5074" w:rsidRPr="00E42A36" w:rsidRDefault="00000000" w:rsidP="00E42A36">
      <w:pPr>
        <w:pStyle w:val="Heading2"/>
        <w:adjustRightInd w:val="0"/>
        <w:snapToGrid w:val="0"/>
        <w:spacing w:before="40" w:after="40"/>
        <w:rPr>
          <w:rFonts w:ascii="Arial" w:hAnsi="Arial" w:cs="Arial"/>
        </w:rPr>
      </w:pPr>
      <w:r>
        <w:rPr>
          <w:rFonts w:ascii="Arial" w:hAnsi="Arial" w:cs="Arial"/>
          <w:color w:val="294F39"/>
        </w:rPr>
        <w:t>Model – Declarație privind îndeplinirea condițiilor de eligibilitate</w:t>
      </w:r>
    </w:p>
    <w:p w14:paraId="0FE7D304" w14:textId="77777777" w:rsidR="001520FB" w:rsidRPr="00E42A36" w:rsidRDefault="001520FB" w:rsidP="00E42A36">
      <w:pPr>
        <w:pStyle w:val="BodyText"/>
        <w:adjustRightInd w:val="0"/>
        <w:snapToGrid w:val="0"/>
        <w:spacing w:after="40"/>
        <w:rPr>
          <w:rFonts w:cs="Arial"/>
          <w:b/>
        </w:rPr>
      </w:pPr>
    </w:p>
    <w:p w14:paraId="4B96F86D" w14:textId="77777777" w:rsidR="001520FB" w:rsidRPr="00E42A36" w:rsidRDefault="001520FB" w:rsidP="00E42A36">
      <w:pPr>
        <w:pStyle w:val="BodyText"/>
        <w:adjustRightInd w:val="0"/>
        <w:snapToGrid w:val="0"/>
        <w:spacing w:after="40"/>
        <w:rPr>
          <w:rFonts w:cs="Arial"/>
          <w:b/>
        </w:rPr>
      </w:pPr>
    </w:p>
    <w:p w14:paraId="79C53B5F" w14:textId="77777777" w:rsidR="001520FB" w:rsidRPr="00E42A36" w:rsidRDefault="001520FB" w:rsidP="00E42A36">
      <w:pPr>
        <w:pStyle w:val="BodyText"/>
        <w:adjustRightInd w:val="0"/>
        <w:snapToGrid w:val="0"/>
        <w:spacing w:after="40"/>
        <w:rPr>
          <w:rFonts w:cs="Arial"/>
          <w:b/>
        </w:rPr>
      </w:pPr>
    </w:p>
    <w:p w14:paraId="1E839A2F" w14:textId="77777777" w:rsidR="001520FB" w:rsidRPr="00E42A36" w:rsidRDefault="001520FB" w:rsidP="00E42A36">
      <w:pPr>
        <w:pStyle w:val="BodyText"/>
        <w:adjustRightInd w:val="0"/>
        <w:snapToGrid w:val="0"/>
        <w:spacing w:after="40"/>
        <w:rPr>
          <w:rFonts w:cs="Arial"/>
          <w:b/>
        </w:rPr>
      </w:pPr>
    </w:p>
    <w:p w14:paraId="39BEBB7D" w14:textId="77777777" w:rsidR="001520FB" w:rsidRPr="00E42A36" w:rsidRDefault="001520FB" w:rsidP="00E42A36">
      <w:pPr>
        <w:pStyle w:val="BodyText"/>
        <w:adjustRightInd w:val="0"/>
        <w:snapToGrid w:val="0"/>
        <w:spacing w:after="40"/>
        <w:rPr>
          <w:rFonts w:cs="Arial"/>
          <w:b/>
        </w:rPr>
      </w:pPr>
    </w:p>
    <w:p w14:paraId="652B9003" w14:textId="77777777" w:rsidR="006E5074" w:rsidRPr="00E42A36" w:rsidRDefault="00000000" w:rsidP="00E42A36">
      <w:pPr>
        <w:pStyle w:val="BodyText"/>
        <w:adjustRightInd w:val="0"/>
        <w:snapToGrid w:val="0"/>
        <w:spacing w:after="40"/>
        <w:rPr>
          <w:rFonts w:cs="Arial"/>
          <w:bCs/>
          <w:i/>
          <w:iCs/>
        </w:rPr>
      </w:pPr>
      <w:r>
        <w:rPr>
          <w:rFonts w:cs="Arial"/>
          <w:bCs/>
          <w:i/>
          <w:iCs/>
        </w:rPr>
        <w:t>Subsemnatul/Subsemnata, ______________________________________________,</w:t>
      </w:r>
    </w:p>
    <w:p w14:paraId="5340A89E" w14:textId="77777777" w:rsidR="006E5074" w:rsidRPr="00E42A36" w:rsidRDefault="00000000" w:rsidP="00E42A36">
      <w:pPr>
        <w:pStyle w:val="BodyText"/>
        <w:adjustRightInd w:val="0"/>
        <w:snapToGrid w:val="0"/>
        <w:spacing w:after="40"/>
        <w:rPr>
          <w:rFonts w:cs="Arial"/>
        </w:rPr>
      </w:pPr>
      <w:r>
        <w:rPr>
          <w:rFonts w:cs="Arial"/>
        </w:rPr>
        <w:t>candidat(ă) pentru funcția/funcțiile de ________________________________, declar pe propria răspundere că:</w:t>
      </w:r>
    </w:p>
    <w:p w14:paraId="729193F5" w14:textId="77777777" w:rsidR="006E5074" w:rsidRPr="00E42A36" w:rsidRDefault="00000000" w:rsidP="00E42A36">
      <w:pPr>
        <w:pStyle w:val="BodyText"/>
        <w:numPr>
          <w:ilvl w:val="0"/>
          <w:numId w:val="22"/>
        </w:numPr>
        <w:adjustRightInd w:val="0"/>
        <w:snapToGrid w:val="0"/>
        <w:spacing w:after="40"/>
        <w:rPr>
          <w:rFonts w:cs="Arial"/>
        </w:rPr>
      </w:pPr>
      <w:r>
        <w:rPr>
          <w:rFonts w:cs="Arial"/>
        </w:rPr>
        <w:t>îndeplinesc condițiile minime obligatorii de eligibilitate stabilite prin legislația aplicabilă și documentația procedurii pentru funcția pentru care candidez;</w:t>
      </w:r>
    </w:p>
    <w:p w14:paraId="55E600AF" w14:textId="77777777" w:rsidR="006E5074" w:rsidRPr="00E42A36" w:rsidRDefault="00000000" w:rsidP="00E42A36">
      <w:pPr>
        <w:pStyle w:val="BodyText"/>
        <w:numPr>
          <w:ilvl w:val="0"/>
          <w:numId w:val="22"/>
        </w:numPr>
        <w:adjustRightInd w:val="0"/>
        <w:snapToGrid w:val="0"/>
        <w:spacing w:after="40"/>
        <w:rPr>
          <w:rFonts w:cs="Arial"/>
        </w:rPr>
      </w:pPr>
      <w:r>
        <w:rPr>
          <w:rFonts w:cs="Arial"/>
        </w:rPr>
        <w:t>informațiile privind studiile, calificările, experiența profesională și managerială prezentate în dosarul de candidatură sunt reale și complete;</w:t>
      </w:r>
    </w:p>
    <w:p w14:paraId="73B51BF4" w14:textId="77777777" w:rsidR="006E5074" w:rsidRPr="00E42A36" w:rsidRDefault="00000000" w:rsidP="00E42A36">
      <w:pPr>
        <w:pStyle w:val="BodyText"/>
        <w:numPr>
          <w:ilvl w:val="0"/>
          <w:numId w:val="22"/>
        </w:numPr>
        <w:adjustRightInd w:val="0"/>
        <w:snapToGrid w:val="0"/>
        <w:spacing w:after="40"/>
        <w:rPr>
          <w:rFonts w:cs="Arial"/>
        </w:rPr>
      </w:pPr>
      <w:r>
        <w:rPr>
          <w:rFonts w:cs="Arial"/>
        </w:rPr>
        <w:t>îndeplinesc cerințele de experiență aplicabile conducătorilor instituțiilor financiare nebancare și pot prezenta documentele necesare verificării acestora;</w:t>
      </w:r>
    </w:p>
    <w:p w14:paraId="05FE4C71" w14:textId="77777777" w:rsidR="006E5074" w:rsidRPr="00E42A36" w:rsidRDefault="00000000" w:rsidP="00E42A36">
      <w:pPr>
        <w:pStyle w:val="BodyText"/>
        <w:numPr>
          <w:ilvl w:val="0"/>
          <w:numId w:val="22"/>
        </w:numPr>
        <w:adjustRightInd w:val="0"/>
        <w:snapToGrid w:val="0"/>
        <w:spacing w:after="40"/>
        <w:rPr>
          <w:rFonts w:cs="Arial"/>
        </w:rPr>
      </w:pPr>
      <w:r>
        <w:rPr>
          <w:rFonts w:cs="Arial"/>
        </w:rPr>
        <w:t>nu cunosc existența vreunui impediment legal care să împiedice numirea sau exercitarea funcției, cu excepția situațiilor declarate expres în dosar;</w:t>
      </w:r>
    </w:p>
    <w:p w14:paraId="07C734A4" w14:textId="77777777" w:rsidR="006E5074" w:rsidRPr="00E42A36" w:rsidRDefault="00000000" w:rsidP="00E42A36">
      <w:pPr>
        <w:pStyle w:val="BodyText"/>
        <w:numPr>
          <w:ilvl w:val="0"/>
          <w:numId w:val="22"/>
        </w:numPr>
        <w:adjustRightInd w:val="0"/>
        <w:snapToGrid w:val="0"/>
        <w:spacing w:after="40"/>
        <w:rPr>
          <w:rFonts w:cs="Arial"/>
        </w:rPr>
      </w:pPr>
      <w:r>
        <w:rPr>
          <w:rFonts w:cs="Arial"/>
        </w:rPr>
        <w:t>mă oblig să comunic fără întârziere orice modificare intervenită pe parcursul procedurii care poate afecta îndeplinirea condițiilor de eligibilitate.</w:t>
      </w:r>
    </w:p>
    <w:p w14:paraId="003B23CA" w14:textId="77777777" w:rsidR="006E5074" w:rsidRPr="00E42A36" w:rsidRDefault="00000000" w:rsidP="00E42A36">
      <w:pPr>
        <w:pStyle w:val="BodyText"/>
        <w:adjustRightInd w:val="0"/>
        <w:snapToGrid w:val="0"/>
        <w:spacing w:after="40"/>
        <w:rPr>
          <w:rFonts w:cs="Arial"/>
        </w:rPr>
      </w:pPr>
      <w:r>
        <w:rPr>
          <w:rFonts w:cs="Arial"/>
        </w:rPr>
        <w:t>Declar că înțeleg că îndeplinirea condițiilor de eligibilitate este verificată pe baza documentelor depuse și nu conferă, prin ea însăși, un drept la includerea pe lista scurtă sau la numire.</w:t>
      </w:r>
    </w:p>
    <w:p w14:paraId="77D8B64D" w14:textId="77777777" w:rsidR="001520FB" w:rsidRPr="00E42A36" w:rsidRDefault="001520FB" w:rsidP="00E42A36">
      <w:pPr>
        <w:pStyle w:val="BodyText"/>
        <w:adjustRightInd w:val="0"/>
        <w:snapToGrid w:val="0"/>
        <w:spacing w:after="40"/>
        <w:rPr>
          <w:rFonts w:cs="Arial"/>
          <w:bCs/>
        </w:rPr>
      </w:pPr>
    </w:p>
    <w:p w14:paraId="4FD69179" w14:textId="77777777" w:rsidR="006E5074" w:rsidRPr="00E42A36" w:rsidRDefault="00000000" w:rsidP="00E42A36">
      <w:pPr>
        <w:pStyle w:val="BodyText"/>
        <w:adjustRightInd w:val="0"/>
        <w:snapToGrid w:val="0"/>
        <w:spacing w:after="40"/>
        <w:rPr>
          <w:rFonts w:cs="Arial"/>
          <w:bCs/>
        </w:rPr>
      </w:pPr>
      <w:r>
        <w:rPr>
          <w:rFonts w:cs="Arial"/>
          <w:bCs/>
        </w:rPr>
        <w:t>Data _______________</w:t>
      </w:r>
    </w:p>
    <w:p w14:paraId="7597AD97" w14:textId="77777777" w:rsidR="001520FB" w:rsidRPr="00E42A36" w:rsidRDefault="001520FB" w:rsidP="00E42A36">
      <w:pPr>
        <w:pStyle w:val="BodyText"/>
        <w:adjustRightInd w:val="0"/>
        <w:snapToGrid w:val="0"/>
        <w:spacing w:after="40"/>
        <w:rPr>
          <w:rFonts w:cs="Arial"/>
          <w:bCs/>
        </w:rPr>
      </w:pPr>
    </w:p>
    <w:p w14:paraId="56EB6381" w14:textId="77777777" w:rsidR="006E5074" w:rsidRPr="00E42A36" w:rsidRDefault="00000000" w:rsidP="00E42A36">
      <w:pPr>
        <w:pStyle w:val="BodyText"/>
        <w:adjustRightInd w:val="0"/>
        <w:snapToGrid w:val="0"/>
        <w:spacing w:after="40"/>
        <w:rPr>
          <w:rFonts w:cs="Arial"/>
          <w:bCs/>
        </w:rPr>
      </w:pPr>
      <w:r>
        <w:rPr>
          <w:rFonts w:cs="Arial"/>
          <w:bCs/>
        </w:rPr>
        <w:t>Semnătura ___________</w:t>
      </w:r>
    </w:p>
    <w:p w14:paraId="1F552A0D" w14:textId="77777777" w:rsidR="001520FB" w:rsidRPr="00E42A36" w:rsidRDefault="001520FB" w:rsidP="00E42A36">
      <w:pPr>
        <w:pStyle w:val="BodyText"/>
        <w:adjustRightInd w:val="0"/>
        <w:snapToGrid w:val="0"/>
        <w:spacing w:after="40"/>
        <w:rPr>
          <w:rFonts w:cs="Arial"/>
          <w:bCs/>
        </w:rPr>
      </w:pPr>
    </w:p>
    <w:p w14:paraId="213AF490" w14:textId="77777777" w:rsidR="001520FB" w:rsidRPr="00E42A36" w:rsidRDefault="001520FB" w:rsidP="00E42A36">
      <w:pPr>
        <w:adjustRightInd w:val="0"/>
        <w:snapToGrid w:val="0"/>
        <w:jc w:val="left"/>
        <w:rPr>
          <w:rFonts w:cs="Arial"/>
          <w:bCs/>
        </w:rPr>
      </w:pPr>
      <w:r>
        <w:rPr>
          <w:rFonts w:cs="Arial"/>
          <w:bCs/>
        </w:rPr>
        <w:br w:type="page"/>
      </w:r>
    </w:p>
    <w:p w14:paraId="6DC508DC" w14:textId="77777777" w:rsidR="00B53658" w:rsidRPr="00E42A36" w:rsidRDefault="00B53658" w:rsidP="00E42A36">
      <w:pPr>
        <w:pStyle w:val="Heading2"/>
        <w:adjustRightInd w:val="0"/>
        <w:snapToGrid w:val="0"/>
        <w:spacing w:before="40" w:after="40"/>
        <w:jc w:val="right"/>
        <w:rPr>
          <w:rFonts w:ascii="Arial" w:hAnsi="Arial" w:cs="Arial"/>
          <w:color w:val="294F39"/>
        </w:rPr>
      </w:pPr>
      <w:r>
        <w:rPr>
          <w:rFonts w:ascii="Arial" w:hAnsi="Arial" w:cs="Arial"/>
          <w:color w:val="294F39"/>
        </w:rPr>
        <w:lastRenderedPageBreak/>
        <w:t>Anexa 5c</w:t>
      </w:r>
    </w:p>
    <w:p w14:paraId="3AF1C3E0" w14:textId="77777777" w:rsidR="006E5074" w:rsidRPr="00E42A36" w:rsidRDefault="00000000" w:rsidP="00E42A36">
      <w:pPr>
        <w:pStyle w:val="Heading2"/>
        <w:adjustRightInd w:val="0"/>
        <w:snapToGrid w:val="0"/>
        <w:spacing w:before="40" w:after="40"/>
        <w:rPr>
          <w:rFonts w:ascii="Arial" w:hAnsi="Arial" w:cs="Arial"/>
        </w:rPr>
      </w:pPr>
      <w:r>
        <w:rPr>
          <w:rFonts w:ascii="Arial" w:hAnsi="Arial" w:cs="Arial"/>
          <w:color w:val="294F39"/>
        </w:rPr>
        <w:t>Model – Declarație privind reputația, integritatea și conduita profesională</w:t>
      </w:r>
    </w:p>
    <w:p w14:paraId="67F44E0D" w14:textId="77777777" w:rsidR="001520FB" w:rsidRPr="00E42A36" w:rsidRDefault="001520FB" w:rsidP="00E42A36">
      <w:pPr>
        <w:pStyle w:val="BodyText"/>
        <w:adjustRightInd w:val="0"/>
        <w:snapToGrid w:val="0"/>
        <w:spacing w:after="40"/>
        <w:rPr>
          <w:rFonts w:cs="Arial"/>
          <w:b/>
        </w:rPr>
      </w:pPr>
    </w:p>
    <w:p w14:paraId="22633539" w14:textId="77777777" w:rsidR="001520FB" w:rsidRPr="00E42A36" w:rsidRDefault="001520FB" w:rsidP="00E42A36">
      <w:pPr>
        <w:pStyle w:val="BodyText"/>
        <w:adjustRightInd w:val="0"/>
        <w:snapToGrid w:val="0"/>
        <w:spacing w:after="40"/>
        <w:rPr>
          <w:rFonts w:cs="Arial"/>
          <w:b/>
        </w:rPr>
      </w:pPr>
    </w:p>
    <w:p w14:paraId="52FD7FC8" w14:textId="77777777" w:rsidR="006E5074" w:rsidRPr="00E42A36" w:rsidRDefault="00000000" w:rsidP="00E42A36">
      <w:pPr>
        <w:pStyle w:val="BodyText"/>
        <w:adjustRightInd w:val="0"/>
        <w:snapToGrid w:val="0"/>
        <w:spacing w:after="40"/>
        <w:rPr>
          <w:rFonts w:cs="Arial"/>
        </w:rPr>
      </w:pPr>
      <w:r>
        <w:rPr>
          <w:rFonts w:cs="Arial"/>
          <w:bCs/>
          <w:i/>
          <w:iCs/>
        </w:rPr>
        <w:t>Subsemnatul/Subsemnata</w:t>
      </w:r>
      <w:r>
        <w:rPr>
          <w:rFonts w:cs="Arial"/>
          <w:bCs/>
        </w:rPr>
        <w:t>,</w:t>
      </w:r>
      <w:r>
        <w:rPr>
          <w:rFonts w:cs="Arial"/>
        </w:rPr>
        <w:t xml:space="preserve"> ______________________________________________</w:t>
      </w:r>
    </w:p>
    <w:p w14:paraId="621BFEB6" w14:textId="77777777" w:rsidR="006E5074" w:rsidRPr="00E42A36" w:rsidRDefault="00000000" w:rsidP="00E42A36">
      <w:pPr>
        <w:pStyle w:val="BodyText"/>
        <w:adjustRightInd w:val="0"/>
        <w:snapToGrid w:val="0"/>
        <w:spacing w:after="40"/>
        <w:rPr>
          <w:rFonts w:cs="Arial"/>
        </w:rPr>
      </w:pPr>
      <w:r>
        <w:rPr>
          <w:rFonts w:cs="Arial"/>
        </w:rPr>
        <w:t>declar că informațiile de mai jos sunt complete și corecte și că am furnizat toate elementele relevante pentru evaluarea reputației și integrității mele.</w:t>
      </w:r>
    </w:p>
    <w:p w14:paraId="67076AE6" w14:textId="77777777" w:rsidR="001520FB" w:rsidRPr="00E42A36" w:rsidRDefault="00000000" w:rsidP="00E42A36">
      <w:pPr>
        <w:pStyle w:val="BodyText"/>
        <w:numPr>
          <w:ilvl w:val="0"/>
          <w:numId w:val="24"/>
        </w:numPr>
        <w:adjustRightInd w:val="0"/>
        <w:snapToGrid w:val="0"/>
        <w:spacing w:after="40"/>
        <w:rPr>
          <w:rFonts w:cs="Arial"/>
        </w:rPr>
      </w:pPr>
      <w:r>
        <w:rPr>
          <w:rFonts w:cs="Arial"/>
        </w:rPr>
        <w:t>Am făcut sau fac obiectul unor proceduri penale ori am suferit condamnări relevante pentru evaluarea reputației:</w:t>
      </w:r>
    </w:p>
    <w:p w14:paraId="229CF124" w14:textId="77777777" w:rsidR="006E5074" w:rsidRPr="00E42A36" w:rsidRDefault="00000000" w:rsidP="00E42A36">
      <w:pPr>
        <w:pStyle w:val="BodyText"/>
        <w:adjustRightInd w:val="0"/>
        <w:snapToGrid w:val="0"/>
        <w:spacing w:after="40"/>
        <w:ind w:firstLine="720"/>
        <w:rPr>
          <w:rFonts w:cs="Arial"/>
        </w:rPr>
      </w:pPr>
      <w:r>
        <w:rPr>
          <w:rFonts w:cs="Arial"/>
        </w:rPr>
        <w:t xml:space="preserve">  </w:t>
      </w:r>
      <w:r>
        <w:rPr>
          <w:rFonts w:cs="Arial"/>
        </w:rPr>
        <w:tab/>
      </w:r>
      <w:r>
        <w:rPr>
          <w:rFonts w:cs="Arial"/>
        </w:rPr>
        <w:tab/>
      </w:r>
      <w:r>
        <w:rPr>
          <w:rFonts w:cs="Arial"/>
        </w:rPr>
        <w:tab/>
      </w:r>
      <w:r>
        <w:rPr>
          <w:rFonts w:ascii="Segoe UI Symbol" w:hAnsi="Segoe UI Symbol" w:cs="Segoe UI Symbol"/>
        </w:rPr>
        <w:t>☐</w:t>
      </w:r>
      <w:r>
        <w:rPr>
          <w:rFonts w:cs="Arial"/>
        </w:rPr>
        <w:t xml:space="preserve"> NU             </w:t>
      </w:r>
      <w:r>
        <w:rPr>
          <w:rFonts w:ascii="Segoe UI Symbol" w:hAnsi="Segoe UI Symbol" w:cs="Segoe UI Symbol"/>
        </w:rPr>
        <w:t>☐</w:t>
      </w:r>
      <w:r>
        <w:rPr>
          <w:rFonts w:cs="Arial"/>
        </w:rPr>
        <w:t xml:space="preserve"> DA</w:t>
      </w:r>
    </w:p>
    <w:p w14:paraId="79DBC805" w14:textId="77777777" w:rsidR="00A05AAA" w:rsidRPr="00E42A36" w:rsidRDefault="00A05AAA" w:rsidP="00E42A36">
      <w:pPr>
        <w:pStyle w:val="BodyText"/>
        <w:adjustRightInd w:val="0"/>
        <w:snapToGrid w:val="0"/>
        <w:spacing w:after="40"/>
        <w:ind w:left="1080"/>
        <w:rPr>
          <w:rFonts w:cs="Arial"/>
        </w:rPr>
      </w:pPr>
    </w:p>
    <w:p w14:paraId="7F954EC4" w14:textId="77777777" w:rsidR="001520FB" w:rsidRPr="00E42A36" w:rsidRDefault="00000000" w:rsidP="00E42A36">
      <w:pPr>
        <w:pStyle w:val="BodyText"/>
        <w:numPr>
          <w:ilvl w:val="0"/>
          <w:numId w:val="24"/>
        </w:numPr>
        <w:adjustRightInd w:val="0"/>
        <w:snapToGrid w:val="0"/>
        <w:spacing w:after="40"/>
        <w:rPr>
          <w:rFonts w:cs="Arial"/>
        </w:rPr>
      </w:pPr>
      <w:r>
        <w:rPr>
          <w:rFonts w:cs="Arial"/>
        </w:rPr>
        <w:t xml:space="preserve">Am fost sancționat(ă) sau am făcut obiectul unor măsuri dispuse de o autoritate de reglementare/supraveghere financiară:  </w:t>
      </w:r>
    </w:p>
    <w:p w14:paraId="1DFBA513" w14:textId="77777777" w:rsidR="001520FB" w:rsidRPr="00E42A36" w:rsidRDefault="001520FB" w:rsidP="00E42A36">
      <w:pPr>
        <w:pStyle w:val="BodyText"/>
        <w:adjustRightInd w:val="0"/>
        <w:snapToGrid w:val="0"/>
        <w:spacing w:after="40"/>
        <w:ind w:firstLine="720"/>
        <w:rPr>
          <w:rFonts w:cs="Arial"/>
        </w:rPr>
      </w:pPr>
      <w:r>
        <w:rPr>
          <w:rFonts w:cs="Arial"/>
        </w:rPr>
        <w:t xml:space="preserve">  </w:t>
      </w:r>
      <w:r>
        <w:rPr>
          <w:rFonts w:cs="Arial"/>
        </w:rPr>
        <w:tab/>
      </w:r>
      <w:r>
        <w:rPr>
          <w:rFonts w:cs="Arial"/>
        </w:rPr>
        <w:tab/>
      </w:r>
      <w:r>
        <w:rPr>
          <w:rFonts w:cs="Arial"/>
        </w:rPr>
        <w:tab/>
      </w:r>
      <w:r>
        <w:rPr>
          <w:rFonts w:ascii="Segoe UI Symbol" w:hAnsi="Segoe UI Symbol" w:cs="Segoe UI Symbol"/>
        </w:rPr>
        <w:t>☐</w:t>
      </w:r>
      <w:r>
        <w:rPr>
          <w:rFonts w:cs="Arial"/>
        </w:rPr>
        <w:t xml:space="preserve"> NU             </w:t>
      </w:r>
      <w:r>
        <w:rPr>
          <w:rFonts w:ascii="Segoe UI Symbol" w:hAnsi="Segoe UI Symbol" w:cs="Segoe UI Symbol"/>
        </w:rPr>
        <w:t>☐</w:t>
      </w:r>
      <w:r>
        <w:rPr>
          <w:rFonts w:cs="Arial"/>
        </w:rPr>
        <w:t xml:space="preserve"> DA</w:t>
      </w:r>
    </w:p>
    <w:p w14:paraId="59F884B8" w14:textId="77777777" w:rsidR="00A05AAA" w:rsidRPr="00E42A36" w:rsidRDefault="00A05AAA" w:rsidP="00E42A36">
      <w:pPr>
        <w:pStyle w:val="BodyText"/>
        <w:adjustRightInd w:val="0"/>
        <w:snapToGrid w:val="0"/>
        <w:spacing w:after="40"/>
        <w:ind w:firstLine="720"/>
        <w:rPr>
          <w:rFonts w:cs="Arial"/>
        </w:rPr>
      </w:pPr>
    </w:p>
    <w:p w14:paraId="2E08773D" w14:textId="77777777" w:rsidR="00A05AAA" w:rsidRPr="00E42A36" w:rsidRDefault="00000000" w:rsidP="00E42A36">
      <w:pPr>
        <w:pStyle w:val="BodyText"/>
        <w:numPr>
          <w:ilvl w:val="0"/>
          <w:numId w:val="24"/>
        </w:numPr>
        <w:adjustRightInd w:val="0"/>
        <w:snapToGrid w:val="0"/>
        <w:spacing w:after="40"/>
        <w:rPr>
          <w:rFonts w:cs="Arial"/>
        </w:rPr>
      </w:pPr>
      <w:r>
        <w:rPr>
          <w:rFonts w:cs="Arial"/>
        </w:rPr>
        <w:t xml:space="preserve">Am fost sancționat(ă) ori am făcut obiectul unor proceduri relevante din partea unui organism profesional sau a unei autorități administrative: </w:t>
      </w:r>
    </w:p>
    <w:p w14:paraId="15D32452" w14:textId="77777777" w:rsidR="00A05AAA" w:rsidRPr="00E42A36" w:rsidRDefault="00A05AAA" w:rsidP="00E42A36">
      <w:pPr>
        <w:pStyle w:val="BodyText"/>
        <w:adjustRightInd w:val="0"/>
        <w:snapToGrid w:val="0"/>
        <w:spacing w:after="40"/>
        <w:ind w:firstLine="720"/>
        <w:rPr>
          <w:rFonts w:cs="Arial"/>
        </w:rPr>
      </w:pPr>
      <w:r>
        <w:rPr>
          <w:rFonts w:cs="Arial"/>
        </w:rPr>
        <w:t xml:space="preserve">  </w:t>
      </w:r>
      <w:r>
        <w:rPr>
          <w:rFonts w:cs="Arial"/>
        </w:rPr>
        <w:tab/>
      </w:r>
      <w:r>
        <w:rPr>
          <w:rFonts w:cs="Arial"/>
        </w:rPr>
        <w:tab/>
      </w:r>
      <w:r>
        <w:rPr>
          <w:rFonts w:cs="Arial"/>
        </w:rPr>
        <w:tab/>
      </w:r>
      <w:r>
        <w:rPr>
          <w:rFonts w:ascii="Segoe UI Symbol" w:hAnsi="Segoe UI Symbol" w:cs="Segoe UI Symbol"/>
        </w:rPr>
        <w:t>☐</w:t>
      </w:r>
      <w:r>
        <w:rPr>
          <w:rFonts w:cs="Arial"/>
        </w:rPr>
        <w:t xml:space="preserve"> NU             </w:t>
      </w:r>
      <w:r>
        <w:rPr>
          <w:rFonts w:ascii="Segoe UI Symbol" w:hAnsi="Segoe UI Symbol" w:cs="Segoe UI Symbol"/>
        </w:rPr>
        <w:t>☐</w:t>
      </w:r>
      <w:r>
        <w:rPr>
          <w:rFonts w:cs="Arial"/>
        </w:rPr>
        <w:t xml:space="preserve"> DA</w:t>
      </w:r>
    </w:p>
    <w:p w14:paraId="60252A5D" w14:textId="77777777" w:rsidR="00A05AAA" w:rsidRPr="00E42A36" w:rsidRDefault="00A05AAA" w:rsidP="00E42A36">
      <w:pPr>
        <w:pStyle w:val="BodyText"/>
        <w:adjustRightInd w:val="0"/>
        <w:snapToGrid w:val="0"/>
        <w:spacing w:after="40"/>
        <w:ind w:left="720"/>
        <w:rPr>
          <w:rFonts w:cs="Arial"/>
        </w:rPr>
      </w:pPr>
    </w:p>
    <w:p w14:paraId="0CD7240E" w14:textId="77777777" w:rsidR="00A05AAA" w:rsidRPr="00E42A36" w:rsidRDefault="00000000" w:rsidP="00E42A36">
      <w:pPr>
        <w:pStyle w:val="BodyText"/>
        <w:numPr>
          <w:ilvl w:val="0"/>
          <w:numId w:val="24"/>
        </w:numPr>
        <w:adjustRightInd w:val="0"/>
        <w:snapToGrid w:val="0"/>
        <w:spacing w:after="40"/>
        <w:rPr>
          <w:rFonts w:cs="Arial"/>
        </w:rPr>
      </w:pPr>
      <w:r>
        <w:rPr>
          <w:rFonts w:cs="Arial"/>
        </w:rPr>
        <w:t>Am exercitat funcții de administrare/conducere în entități care au făcut obiectul insolvenței, falimentului, retragerii autorizației sau unor măsuri relevante de supraveghere:</w:t>
      </w:r>
    </w:p>
    <w:p w14:paraId="348EE0A3" w14:textId="77777777" w:rsidR="00A05AAA" w:rsidRPr="00E42A36" w:rsidRDefault="00A05AAA" w:rsidP="00E42A36">
      <w:pPr>
        <w:pStyle w:val="BodyText"/>
        <w:adjustRightInd w:val="0"/>
        <w:snapToGrid w:val="0"/>
        <w:spacing w:after="40"/>
        <w:ind w:firstLine="720"/>
        <w:rPr>
          <w:rFonts w:cs="Arial"/>
        </w:rPr>
      </w:pPr>
      <w:r>
        <w:rPr>
          <w:rFonts w:cs="Arial"/>
        </w:rPr>
        <w:t xml:space="preserve">  </w:t>
      </w:r>
      <w:r>
        <w:rPr>
          <w:rFonts w:cs="Arial"/>
        </w:rPr>
        <w:tab/>
      </w:r>
      <w:r>
        <w:rPr>
          <w:rFonts w:cs="Arial"/>
        </w:rPr>
        <w:tab/>
      </w:r>
      <w:r>
        <w:rPr>
          <w:rFonts w:cs="Arial"/>
        </w:rPr>
        <w:tab/>
      </w:r>
      <w:r>
        <w:rPr>
          <w:rFonts w:ascii="Segoe UI Symbol" w:hAnsi="Segoe UI Symbol" w:cs="Segoe UI Symbol"/>
        </w:rPr>
        <w:t>☐</w:t>
      </w:r>
      <w:r>
        <w:rPr>
          <w:rFonts w:cs="Arial"/>
        </w:rPr>
        <w:t xml:space="preserve"> NU             </w:t>
      </w:r>
      <w:r>
        <w:rPr>
          <w:rFonts w:ascii="Segoe UI Symbol" w:hAnsi="Segoe UI Symbol" w:cs="Segoe UI Symbol"/>
        </w:rPr>
        <w:t>☐</w:t>
      </w:r>
      <w:r>
        <w:rPr>
          <w:rFonts w:cs="Arial"/>
        </w:rPr>
        <w:t xml:space="preserve"> DA</w:t>
      </w:r>
    </w:p>
    <w:p w14:paraId="684CA5DA" w14:textId="77777777" w:rsidR="00A05AAA" w:rsidRPr="00E42A36" w:rsidRDefault="00A05AAA" w:rsidP="00E42A36">
      <w:pPr>
        <w:pStyle w:val="BodyText"/>
        <w:adjustRightInd w:val="0"/>
        <w:snapToGrid w:val="0"/>
        <w:spacing w:after="40"/>
        <w:ind w:left="720"/>
        <w:rPr>
          <w:rFonts w:cs="Arial"/>
        </w:rPr>
      </w:pPr>
    </w:p>
    <w:p w14:paraId="5F8397D3" w14:textId="77777777" w:rsidR="00A05AAA" w:rsidRPr="00E42A36" w:rsidRDefault="00000000" w:rsidP="00E42A36">
      <w:pPr>
        <w:pStyle w:val="BodyText"/>
        <w:numPr>
          <w:ilvl w:val="0"/>
          <w:numId w:val="24"/>
        </w:numPr>
        <w:adjustRightInd w:val="0"/>
        <w:snapToGrid w:val="0"/>
        <w:spacing w:after="40"/>
        <w:rPr>
          <w:rFonts w:cs="Arial"/>
        </w:rPr>
      </w:pPr>
      <w:r>
        <w:rPr>
          <w:rFonts w:cs="Arial"/>
        </w:rPr>
        <w:t>Există alte împrejurări profesionale sau personale care, în mod rezonabil, ar putea fi relevante pentru evaluarea reputației, integrității sau conduitei mele profesionale:</w:t>
      </w:r>
    </w:p>
    <w:p w14:paraId="56646E9D" w14:textId="77777777" w:rsidR="00A05AAA" w:rsidRPr="00E42A36" w:rsidRDefault="00A05AAA" w:rsidP="00E42A36">
      <w:pPr>
        <w:pStyle w:val="BodyText"/>
        <w:adjustRightInd w:val="0"/>
        <w:snapToGrid w:val="0"/>
        <w:spacing w:after="40"/>
        <w:ind w:firstLine="720"/>
        <w:rPr>
          <w:rFonts w:cs="Arial"/>
        </w:rPr>
      </w:pPr>
      <w:r>
        <w:rPr>
          <w:rFonts w:cs="Arial"/>
        </w:rPr>
        <w:t xml:space="preserve">  </w:t>
      </w:r>
      <w:r>
        <w:rPr>
          <w:rFonts w:cs="Arial"/>
        </w:rPr>
        <w:tab/>
      </w:r>
      <w:r>
        <w:rPr>
          <w:rFonts w:cs="Arial"/>
        </w:rPr>
        <w:tab/>
      </w:r>
      <w:r>
        <w:rPr>
          <w:rFonts w:cs="Arial"/>
        </w:rPr>
        <w:tab/>
      </w:r>
      <w:r>
        <w:rPr>
          <w:rFonts w:ascii="Segoe UI Symbol" w:hAnsi="Segoe UI Symbol" w:cs="Segoe UI Symbol"/>
        </w:rPr>
        <w:t>☐</w:t>
      </w:r>
      <w:r>
        <w:rPr>
          <w:rFonts w:cs="Arial"/>
        </w:rPr>
        <w:t xml:space="preserve"> NU             </w:t>
      </w:r>
      <w:r>
        <w:rPr>
          <w:rFonts w:ascii="Segoe UI Symbol" w:hAnsi="Segoe UI Symbol" w:cs="Segoe UI Symbol"/>
        </w:rPr>
        <w:t>☐</w:t>
      </w:r>
      <w:r>
        <w:rPr>
          <w:rFonts w:cs="Arial"/>
        </w:rPr>
        <w:t xml:space="preserve"> DA</w:t>
      </w:r>
    </w:p>
    <w:p w14:paraId="65F46BA1" w14:textId="77777777" w:rsidR="00A05AAA" w:rsidRPr="00E42A36" w:rsidRDefault="00A05AAA" w:rsidP="00E42A36">
      <w:pPr>
        <w:pStyle w:val="BodyText"/>
        <w:adjustRightInd w:val="0"/>
        <w:snapToGrid w:val="0"/>
        <w:spacing w:after="40"/>
        <w:rPr>
          <w:rFonts w:cs="Arial"/>
        </w:rPr>
      </w:pPr>
    </w:p>
    <w:p w14:paraId="6CD1DD39" w14:textId="77777777" w:rsidR="006E5074" w:rsidRPr="00E42A36" w:rsidRDefault="00000000" w:rsidP="00E42A36">
      <w:pPr>
        <w:pStyle w:val="BodyText"/>
        <w:adjustRightInd w:val="0"/>
        <w:snapToGrid w:val="0"/>
        <w:spacing w:after="40"/>
        <w:rPr>
          <w:rFonts w:cs="Arial"/>
        </w:rPr>
      </w:pPr>
      <w:r>
        <w:rPr>
          <w:rFonts w:cs="Arial"/>
        </w:rPr>
        <w:t>Pentru orice răspuns «DA», prezint în anexă informațiile necesare evaluării contextului: natura situației, perioada, autoritatea/entitatea implicată, stadiul și soluția, dacă există.</w:t>
      </w:r>
    </w:p>
    <w:p w14:paraId="4A20B676" w14:textId="77777777" w:rsidR="00B25A8C" w:rsidRPr="00E42A36" w:rsidRDefault="00B25A8C" w:rsidP="00E42A36">
      <w:pPr>
        <w:pStyle w:val="BodyText"/>
        <w:adjustRightInd w:val="0"/>
        <w:snapToGrid w:val="0"/>
        <w:spacing w:after="40"/>
        <w:rPr>
          <w:rFonts w:cs="Arial"/>
        </w:rPr>
      </w:pPr>
    </w:p>
    <w:p w14:paraId="6404B624" w14:textId="77777777" w:rsidR="006E5074" w:rsidRPr="00E42A36" w:rsidRDefault="00000000" w:rsidP="00E42A36">
      <w:pPr>
        <w:pStyle w:val="BodyText"/>
        <w:adjustRightInd w:val="0"/>
        <w:snapToGrid w:val="0"/>
        <w:spacing w:after="40"/>
        <w:rPr>
          <w:rFonts w:cs="Arial"/>
        </w:rPr>
      </w:pPr>
      <w:r>
        <w:rPr>
          <w:rFonts w:cs="Arial"/>
        </w:rPr>
        <w:t>Înțeleg că existența unei situații declarate nu conduce automat la neeligibilitate, aceasta urmând a fi analizată în contextul și în limitele cadrului legal aplicabil.</w:t>
      </w:r>
    </w:p>
    <w:p w14:paraId="23CC64C9" w14:textId="77777777" w:rsidR="00B25A8C" w:rsidRPr="00E42A36" w:rsidRDefault="00B25A8C" w:rsidP="00E42A36">
      <w:pPr>
        <w:pStyle w:val="BodyText"/>
        <w:adjustRightInd w:val="0"/>
        <w:snapToGrid w:val="0"/>
        <w:spacing w:after="40"/>
        <w:rPr>
          <w:rFonts w:cs="Arial"/>
          <w:b/>
        </w:rPr>
      </w:pPr>
    </w:p>
    <w:p w14:paraId="73434776" w14:textId="77777777" w:rsidR="006E5074" w:rsidRPr="00E42A36" w:rsidRDefault="00000000" w:rsidP="00E42A36">
      <w:pPr>
        <w:pStyle w:val="BodyText"/>
        <w:adjustRightInd w:val="0"/>
        <w:snapToGrid w:val="0"/>
        <w:spacing w:after="40"/>
        <w:rPr>
          <w:rFonts w:cs="Arial"/>
          <w:bCs/>
        </w:rPr>
      </w:pPr>
      <w:r>
        <w:rPr>
          <w:rFonts w:cs="Arial"/>
          <w:bCs/>
        </w:rPr>
        <w:t>Data ________________</w:t>
      </w:r>
    </w:p>
    <w:p w14:paraId="77196EE7" w14:textId="77777777" w:rsidR="006E5074" w:rsidRPr="00E42A36" w:rsidRDefault="00000000" w:rsidP="00E42A36">
      <w:pPr>
        <w:pStyle w:val="BodyText"/>
        <w:adjustRightInd w:val="0"/>
        <w:snapToGrid w:val="0"/>
        <w:spacing w:after="40"/>
        <w:rPr>
          <w:rFonts w:cs="Arial"/>
          <w:bCs/>
        </w:rPr>
      </w:pPr>
      <w:r>
        <w:rPr>
          <w:rFonts w:cs="Arial"/>
          <w:bCs/>
        </w:rPr>
        <w:t>Semnătura ___________</w:t>
      </w:r>
    </w:p>
    <w:p w14:paraId="25C0897B" w14:textId="77777777" w:rsidR="00B53658" w:rsidRPr="00E42A36" w:rsidRDefault="00B53658" w:rsidP="00E42A36">
      <w:pPr>
        <w:pStyle w:val="Heading2"/>
        <w:adjustRightInd w:val="0"/>
        <w:snapToGrid w:val="0"/>
        <w:spacing w:before="40" w:after="40"/>
        <w:jc w:val="right"/>
        <w:rPr>
          <w:rFonts w:ascii="Arial" w:hAnsi="Arial" w:cs="Arial"/>
          <w:color w:val="294F39"/>
        </w:rPr>
      </w:pPr>
      <w:r>
        <w:rPr>
          <w:rFonts w:ascii="Arial" w:hAnsi="Arial" w:cs="Arial"/>
          <w:color w:val="294F39"/>
        </w:rPr>
        <w:lastRenderedPageBreak/>
        <w:t>Anexa 5d</w:t>
      </w:r>
    </w:p>
    <w:p w14:paraId="66670D5F" w14:textId="77777777" w:rsidR="006E5074" w:rsidRPr="00E42A36" w:rsidRDefault="00000000" w:rsidP="00E42A36">
      <w:pPr>
        <w:pStyle w:val="Heading2"/>
        <w:adjustRightInd w:val="0"/>
        <w:snapToGrid w:val="0"/>
        <w:spacing w:before="40" w:after="40"/>
        <w:rPr>
          <w:rFonts w:ascii="Arial" w:hAnsi="Arial" w:cs="Arial"/>
        </w:rPr>
      </w:pPr>
      <w:r>
        <w:rPr>
          <w:rFonts w:ascii="Arial" w:hAnsi="Arial" w:cs="Arial"/>
          <w:color w:val="294F39"/>
        </w:rPr>
        <w:t>. Model – Declarație privind incompatibilitățile, interdicțiile și conflictele de interese</w:t>
      </w:r>
    </w:p>
    <w:p w14:paraId="1A78DF9D" w14:textId="77777777" w:rsidR="00B25A8C" w:rsidRPr="00E42A36" w:rsidRDefault="00B25A8C" w:rsidP="00E42A36">
      <w:pPr>
        <w:pStyle w:val="BodyText"/>
        <w:adjustRightInd w:val="0"/>
        <w:snapToGrid w:val="0"/>
        <w:spacing w:after="40"/>
        <w:rPr>
          <w:rFonts w:cs="Arial"/>
          <w:b/>
        </w:rPr>
      </w:pPr>
    </w:p>
    <w:p w14:paraId="2A27454E" w14:textId="77777777" w:rsidR="00B25A8C" w:rsidRPr="00E42A36" w:rsidRDefault="00B25A8C" w:rsidP="00E42A36">
      <w:pPr>
        <w:pStyle w:val="BodyText"/>
        <w:adjustRightInd w:val="0"/>
        <w:snapToGrid w:val="0"/>
        <w:spacing w:after="40"/>
        <w:rPr>
          <w:rFonts w:cs="Arial"/>
          <w:b/>
        </w:rPr>
      </w:pPr>
    </w:p>
    <w:p w14:paraId="3F9A8ED0" w14:textId="77777777" w:rsidR="00B25A8C" w:rsidRPr="00E42A36" w:rsidRDefault="00B25A8C" w:rsidP="00E42A36">
      <w:pPr>
        <w:pStyle w:val="BodyText"/>
        <w:adjustRightInd w:val="0"/>
        <w:snapToGrid w:val="0"/>
        <w:spacing w:after="40"/>
        <w:rPr>
          <w:rFonts w:cs="Arial"/>
          <w:b/>
        </w:rPr>
      </w:pPr>
    </w:p>
    <w:p w14:paraId="2765945C" w14:textId="77777777" w:rsidR="006E5074" w:rsidRPr="00E42A36" w:rsidRDefault="00000000" w:rsidP="00E42A36">
      <w:pPr>
        <w:pStyle w:val="BodyText"/>
        <w:adjustRightInd w:val="0"/>
        <w:snapToGrid w:val="0"/>
        <w:spacing w:after="40"/>
        <w:rPr>
          <w:rFonts w:cs="Arial"/>
        </w:rPr>
      </w:pPr>
      <w:r>
        <w:rPr>
          <w:rFonts w:cs="Arial"/>
          <w:bCs/>
          <w:i/>
          <w:iCs/>
        </w:rPr>
        <w:t>Subsemnatul/Subsemnata</w:t>
      </w:r>
      <w:r>
        <w:rPr>
          <w:rFonts w:cs="Arial"/>
          <w:b/>
        </w:rPr>
        <w:t>,</w:t>
      </w:r>
      <w:r>
        <w:rPr>
          <w:rFonts w:cs="Arial"/>
        </w:rPr>
        <w:t xml:space="preserve"> ______________________________________________</w:t>
      </w:r>
    </w:p>
    <w:p w14:paraId="7EF95C3E" w14:textId="77777777" w:rsidR="006E5074" w:rsidRPr="00E42A36" w:rsidRDefault="00000000" w:rsidP="00E42A36">
      <w:pPr>
        <w:pStyle w:val="BodyText"/>
        <w:adjustRightInd w:val="0"/>
        <w:snapToGrid w:val="0"/>
        <w:spacing w:after="40"/>
        <w:rPr>
          <w:rFonts w:cs="Arial"/>
        </w:rPr>
      </w:pPr>
      <w:r>
        <w:rPr>
          <w:rFonts w:cs="Arial"/>
        </w:rPr>
        <w:t>declar pe propria răspundere că, la data prezentei:</w:t>
      </w:r>
    </w:p>
    <w:p w14:paraId="3F54BA06" w14:textId="77777777" w:rsidR="006E5074" w:rsidRPr="00E42A36" w:rsidRDefault="00000000" w:rsidP="00E42A36">
      <w:pPr>
        <w:pStyle w:val="BodyText"/>
        <w:numPr>
          <w:ilvl w:val="0"/>
          <w:numId w:val="25"/>
        </w:numPr>
        <w:adjustRightInd w:val="0"/>
        <w:snapToGrid w:val="0"/>
        <w:spacing w:after="40"/>
        <w:rPr>
          <w:rFonts w:cs="Arial"/>
        </w:rPr>
      </w:pPr>
      <w:r>
        <w:rPr>
          <w:rFonts w:cs="Arial"/>
        </w:rPr>
        <w:t>nu mă aflu într-o situație de incompatibilitate, interdicție sau alt impediment legal care să împiedice numirea ori exercitarea funcției pentru care candidez, cu excepția celor declarate mai jos;</w:t>
      </w:r>
    </w:p>
    <w:p w14:paraId="307149A1" w14:textId="77777777" w:rsidR="006E5074" w:rsidRPr="00E42A36" w:rsidRDefault="00000000" w:rsidP="00E42A36">
      <w:pPr>
        <w:pStyle w:val="BodyText"/>
        <w:numPr>
          <w:ilvl w:val="0"/>
          <w:numId w:val="25"/>
        </w:numPr>
        <w:adjustRightInd w:val="0"/>
        <w:snapToGrid w:val="0"/>
        <w:spacing w:after="40"/>
        <w:rPr>
          <w:rFonts w:cs="Arial"/>
        </w:rPr>
      </w:pPr>
      <w:r>
        <w:rPr>
          <w:rFonts w:cs="Arial"/>
        </w:rPr>
        <w:t>am comunicat toate funcțiile, mandatele și activitățile profesionale relevante pentru verificarea eventualelor incompatibilități și restricții;</w:t>
      </w:r>
    </w:p>
    <w:p w14:paraId="052269FA" w14:textId="77777777" w:rsidR="006E5074" w:rsidRPr="00E42A36" w:rsidRDefault="00000000" w:rsidP="00E42A36">
      <w:pPr>
        <w:pStyle w:val="BodyText"/>
        <w:numPr>
          <w:ilvl w:val="0"/>
          <w:numId w:val="25"/>
        </w:numPr>
        <w:adjustRightInd w:val="0"/>
        <w:snapToGrid w:val="0"/>
        <w:spacing w:after="40"/>
        <w:rPr>
          <w:rFonts w:cs="Arial"/>
        </w:rPr>
      </w:pPr>
      <w:r>
        <w:rPr>
          <w:rFonts w:cs="Arial"/>
        </w:rPr>
        <w:t>am declarat orice interes personal, profesional sau patrimonial care ar putea genera ori crea aparența unui conflict de interese în raport cu FGCR, acționarii săi, membrii CA, partenerii sau alte entități relevante;</w:t>
      </w:r>
    </w:p>
    <w:p w14:paraId="1448500C" w14:textId="77777777" w:rsidR="006E5074" w:rsidRPr="00E42A36" w:rsidRDefault="00000000" w:rsidP="00E42A36">
      <w:pPr>
        <w:pStyle w:val="BodyText"/>
        <w:numPr>
          <w:ilvl w:val="0"/>
          <w:numId w:val="25"/>
        </w:numPr>
        <w:adjustRightInd w:val="0"/>
        <w:snapToGrid w:val="0"/>
        <w:spacing w:after="40"/>
        <w:rPr>
          <w:rFonts w:cs="Arial"/>
        </w:rPr>
      </w:pPr>
      <w:r>
        <w:rPr>
          <w:rFonts w:cs="Arial"/>
        </w:rPr>
        <w:t>mă oblig să comunic orice modificare intervenită pe parcursul procedurii.</w:t>
      </w:r>
    </w:p>
    <w:p w14:paraId="3533A6FD" w14:textId="77777777" w:rsidR="00B25A8C" w:rsidRPr="00E42A36" w:rsidRDefault="00B25A8C" w:rsidP="00E42A36">
      <w:pPr>
        <w:pStyle w:val="BodyText"/>
        <w:adjustRightInd w:val="0"/>
        <w:snapToGrid w:val="0"/>
        <w:spacing w:after="40"/>
        <w:rPr>
          <w:rFonts w:cs="Arial"/>
        </w:rPr>
      </w:pPr>
    </w:p>
    <w:p w14:paraId="199A0E74" w14:textId="77777777" w:rsidR="006E5074" w:rsidRPr="00E42A36" w:rsidRDefault="00000000" w:rsidP="00E42A36">
      <w:pPr>
        <w:pStyle w:val="BodyText"/>
        <w:adjustRightInd w:val="0"/>
        <w:snapToGrid w:val="0"/>
        <w:spacing w:after="40"/>
        <w:rPr>
          <w:rFonts w:cs="Arial"/>
        </w:rPr>
      </w:pPr>
      <w:r>
        <w:rPr>
          <w:rFonts w:cs="Arial"/>
        </w:rPr>
        <w:t>Situații care necesită declarare/clarificare:</w:t>
      </w:r>
    </w:p>
    <w:p w14:paraId="46294A1D" w14:textId="77777777" w:rsidR="006E5074" w:rsidRPr="00E42A36" w:rsidRDefault="00000000" w:rsidP="00E42A36">
      <w:pPr>
        <w:pStyle w:val="BodyText"/>
        <w:adjustRightInd w:val="0"/>
        <w:snapToGrid w:val="0"/>
        <w:spacing w:after="40"/>
        <w:rPr>
          <w:rFonts w:cs="Arial"/>
        </w:rPr>
      </w:pPr>
      <w:r>
        <w:rPr>
          <w:rFonts w:cs="Arial"/>
        </w:rPr>
        <w:t>______________________________________________________________________</w:t>
      </w:r>
    </w:p>
    <w:p w14:paraId="390D096F" w14:textId="77777777" w:rsidR="006E5074" w:rsidRPr="00E42A36" w:rsidRDefault="00000000" w:rsidP="00E42A36">
      <w:pPr>
        <w:pStyle w:val="BodyText"/>
        <w:adjustRightInd w:val="0"/>
        <w:snapToGrid w:val="0"/>
        <w:spacing w:after="40"/>
        <w:rPr>
          <w:rFonts w:cs="Arial"/>
        </w:rPr>
      </w:pPr>
      <w:r>
        <w:rPr>
          <w:rFonts w:cs="Arial"/>
        </w:rPr>
        <w:t>______________________________________________________________________</w:t>
      </w:r>
    </w:p>
    <w:p w14:paraId="442FCB6E" w14:textId="77777777" w:rsidR="00B25A8C" w:rsidRPr="00E42A36" w:rsidRDefault="00B25A8C" w:rsidP="00E42A36">
      <w:pPr>
        <w:pStyle w:val="BodyText"/>
        <w:adjustRightInd w:val="0"/>
        <w:snapToGrid w:val="0"/>
        <w:spacing w:after="40"/>
        <w:rPr>
          <w:rFonts w:cs="Arial"/>
          <w:b/>
        </w:rPr>
      </w:pPr>
    </w:p>
    <w:p w14:paraId="789C0835" w14:textId="77777777" w:rsidR="006E5074" w:rsidRPr="00E42A36" w:rsidRDefault="00000000" w:rsidP="00E42A36">
      <w:pPr>
        <w:pStyle w:val="BodyText"/>
        <w:adjustRightInd w:val="0"/>
        <w:snapToGrid w:val="0"/>
        <w:spacing w:after="40"/>
        <w:rPr>
          <w:rFonts w:cs="Arial"/>
          <w:bCs/>
        </w:rPr>
      </w:pPr>
      <w:r>
        <w:rPr>
          <w:rFonts w:cs="Arial"/>
          <w:bCs/>
        </w:rPr>
        <w:t>Data __________________</w:t>
      </w:r>
    </w:p>
    <w:p w14:paraId="14F3E3E0" w14:textId="77777777" w:rsidR="006E5074" w:rsidRPr="00E42A36" w:rsidRDefault="00000000" w:rsidP="00E42A36">
      <w:pPr>
        <w:pStyle w:val="BodyText"/>
        <w:adjustRightInd w:val="0"/>
        <w:snapToGrid w:val="0"/>
        <w:spacing w:after="40"/>
        <w:rPr>
          <w:rFonts w:cs="Arial"/>
          <w:bCs/>
        </w:rPr>
      </w:pPr>
      <w:r>
        <w:rPr>
          <w:rFonts w:cs="Arial"/>
          <w:bCs/>
        </w:rPr>
        <w:t>Semnătura _____________</w:t>
      </w:r>
    </w:p>
    <w:p w14:paraId="6B79BD32" w14:textId="77777777" w:rsidR="00B25A8C" w:rsidRPr="00E42A36" w:rsidRDefault="00B25A8C" w:rsidP="00E42A36">
      <w:pPr>
        <w:pStyle w:val="BodyText"/>
        <w:adjustRightInd w:val="0"/>
        <w:snapToGrid w:val="0"/>
        <w:spacing w:after="40"/>
        <w:rPr>
          <w:rFonts w:cs="Arial"/>
          <w:bCs/>
        </w:rPr>
      </w:pPr>
    </w:p>
    <w:p w14:paraId="385C298A" w14:textId="77777777" w:rsidR="00B25A8C" w:rsidRPr="00E42A36" w:rsidRDefault="00B25A8C" w:rsidP="00E42A36">
      <w:pPr>
        <w:adjustRightInd w:val="0"/>
        <w:snapToGrid w:val="0"/>
        <w:jc w:val="left"/>
        <w:rPr>
          <w:rFonts w:cs="Arial"/>
          <w:bCs/>
        </w:rPr>
      </w:pPr>
      <w:r>
        <w:rPr>
          <w:rFonts w:cs="Arial"/>
          <w:bCs/>
        </w:rPr>
        <w:br w:type="page"/>
      </w:r>
    </w:p>
    <w:p w14:paraId="42B26F12" w14:textId="77777777" w:rsidR="00E42A36" w:rsidRPr="00E42A36" w:rsidRDefault="00E42A36" w:rsidP="00E42A36">
      <w:pPr>
        <w:pStyle w:val="Heading2"/>
        <w:adjustRightInd w:val="0"/>
        <w:snapToGrid w:val="0"/>
        <w:spacing w:before="40" w:after="40"/>
        <w:jc w:val="right"/>
        <w:rPr>
          <w:rFonts w:ascii="Arial" w:hAnsi="Arial" w:cs="Arial"/>
          <w:color w:val="294F39"/>
        </w:rPr>
      </w:pPr>
      <w:r>
        <w:rPr>
          <w:rFonts w:ascii="Arial" w:hAnsi="Arial" w:cs="Arial"/>
          <w:color w:val="294F39"/>
        </w:rPr>
        <w:lastRenderedPageBreak/>
        <w:t>Anexa 5e</w:t>
      </w:r>
    </w:p>
    <w:p w14:paraId="525BDA82" w14:textId="77777777" w:rsidR="006E5074" w:rsidRPr="00E42A36" w:rsidRDefault="00000000" w:rsidP="00E42A36">
      <w:pPr>
        <w:pStyle w:val="Heading2"/>
        <w:adjustRightInd w:val="0"/>
        <w:snapToGrid w:val="0"/>
        <w:spacing w:before="40" w:after="40"/>
        <w:rPr>
          <w:rFonts w:ascii="Arial" w:hAnsi="Arial" w:cs="Arial"/>
        </w:rPr>
      </w:pPr>
      <w:r>
        <w:rPr>
          <w:rFonts w:ascii="Arial" w:hAnsi="Arial" w:cs="Arial"/>
          <w:color w:val="294F39"/>
        </w:rPr>
        <w:t xml:space="preserve"> Model – Declarație privind autenticitatea și exactitatea informațiilor</w:t>
      </w:r>
    </w:p>
    <w:p w14:paraId="28DA8651" w14:textId="77777777" w:rsidR="00B25A8C" w:rsidRPr="00E42A36" w:rsidRDefault="00B25A8C" w:rsidP="00E42A36">
      <w:pPr>
        <w:pStyle w:val="BodyText"/>
        <w:adjustRightInd w:val="0"/>
        <w:snapToGrid w:val="0"/>
        <w:spacing w:after="40"/>
        <w:rPr>
          <w:rFonts w:cs="Arial"/>
          <w:b/>
        </w:rPr>
      </w:pPr>
    </w:p>
    <w:p w14:paraId="625FAA24" w14:textId="77777777" w:rsidR="00B25A8C" w:rsidRPr="00E42A36" w:rsidRDefault="00B25A8C" w:rsidP="00E42A36">
      <w:pPr>
        <w:pStyle w:val="BodyText"/>
        <w:adjustRightInd w:val="0"/>
        <w:snapToGrid w:val="0"/>
        <w:spacing w:after="40"/>
        <w:rPr>
          <w:rFonts w:cs="Arial"/>
          <w:b/>
        </w:rPr>
      </w:pPr>
    </w:p>
    <w:p w14:paraId="0B0F0352" w14:textId="77777777" w:rsidR="00B25A8C" w:rsidRPr="00E42A36" w:rsidRDefault="00B25A8C" w:rsidP="00E42A36">
      <w:pPr>
        <w:pStyle w:val="BodyText"/>
        <w:adjustRightInd w:val="0"/>
        <w:snapToGrid w:val="0"/>
        <w:spacing w:after="40"/>
        <w:rPr>
          <w:rFonts w:cs="Arial"/>
          <w:b/>
        </w:rPr>
      </w:pPr>
    </w:p>
    <w:p w14:paraId="59FF04E7" w14:textId="77777777" w:rsidR="00B25A8C" w:rsidRPr="00E42A36" w:rsidRDefault="00B25A8C" w:rsidP="00E42A36">
      <w:pPr>
        <w:pStyle w:val="BodyText"/>
        <w:adjustRightInd w:val="0"/>
        <w:snapToGrid w:val="0"/>
        <w:spacing w:after="40"/>
        <w:rPr>
          <w:rFonts w:cs="Arial"/>
          <w:b/>
        </w:rPr>
      </w:pPr>
    </w:p>
    <w:p w14:paraId="276C00E3" w14:textId="77777777" w:rsidR="006E5074" w:rsidRPr="00E42A36" w:rsidRDefault="00000000" w:rsidP="00E42A36">
      <w:pPr>
        <w:pStyle w:val="BodyText"/>
        <w:adjustRightInd w:val="0"/>
        <w:snapToGrid w:val="0"/>
        <w:spacing w:after="40"/>
        <w:rPr>
          <w:rFonts w:cs="Arial"/>
        </w:rPr>
      </w:pPr>
      <w:r>
        <w:rPr>
          <w:rFonts w:cs="Arial"/>
          <w:bCs/>
        </w:rPr>
        <w:t>Subsemnatul/Subsemnata,</w:t>
      </w:r>
      <w:r>
        <w:rPr>
          <w:rFonts w:cs="Arial"/>
        </w:rPr>
        <w:t xml:space="preserve"> ______________________________________________</w:t>
      </w:r>
    </w:p>
    <w:p w14:paraId="756ADEAD" w14:textId="77777777" w:rsidR="006E5074" w:rsidRPr="00E42A36" w:rsidRDefault="00000000" w:rsidP="00E42A36">
      <w:pPr>
        <w:pStyle w:val="BodyText"/>
        <w:adjustRightInd w:val="0"/>
        <w:snapToGrid w:val="0"/>
        <w:spacing w:after="40"/>
        <w:rPr>
          <w:rFonts w:cs="Arial"/>
        </w:rPr>
      </w:pPr>
      <w:r>
        <w:rPr>
          <w:rFonts w:cs="Arial"/>
        </w:rPr>
        <w:t>declar pe propria răspundere că informațiile și documentele furnizate în cadrul procedurii de selecție sunt autentice, exacte și complete, în măsura în care îmi sunt cunoscute.</w:t>
      </w:r>
    </w:p>
    <w:p w14:paraId="1FED875D" w14:textId="77777777" w:rsidR="006E5074" w:rsidRPr="00E42A36" w:rsidRDefault="00000000" w:rsidP="00E42A36">
      <w:pPr>
        <w:pStyle w:val="BodyText"/>
        <w:adjustRightInd w:val="0"/>
        <w:snapToGrid w:val="0"/>
        <w:spacing w:after="40"/>
        <w:rPr>
          <w:rFonts w:cs="Arial"/>
        </w:rPr>
      </w:pPr>
      <w:r>
        <w:rPr>
          <w:rFonts w:cs="Arial"/>
        </w:rPr>
        <w:t>Sunt de acord ca FGCR și expertul independent ARC Consulting să solicite clarificări și să verifice informațiile furnizate, în limitele legii și ale Procedurii, inclusiv prin consultarea surselor publice și a documentelor justificative puse la dispoziție.</w:t>
      </w:r>
    </w:p>
    <w:p w14:paraId="766EBFA4" w14:textId="77777777" w:rsidR="006E5074" w:rsidRPr="00E42A36" w:rsidRDefault="00000000" w:rsidP="00E42A36">
      <w:pPr>
        <w:pStyle w:val="BodyText"/>
        <w:adjustRightInd w:val="0"/>
        <w:snapToGrid w:val="0"/>
        <w:spacing w:after="40"/>
        <w:rPr>
          <w:rFonts w:cs="Arial"/>
        </w:rPr>
      </w:pPr>
      <w:r>
        <w:rPr>
          <w:rFonts w:cs="Arial"/>
        </w:rPr>
        <w:t>Înțeleg că furnizarea unor informații false, inexacte ori omisiunea unor informații materiale poate conduce la excluderea din procedură sau, dacă situația este constatată ulterior numirii, la măsurile prevăzute de lege și contractul de mandat.</w:t>
      </w:r>
    </w:p>
    <w:p w14:paraId="11BAF403" w14:textId="77777777" w:rsidR="00B25A8C" w:rsidRPr="00E42A36" w:rsidRDefault="00B25A8C" w:rsidP="00E42A36">
      <w:pPr>
        <w:pStyle w:val="Heading2"/>
        <w:adjustRightInd w:val="0"/>
        <w:snapToGrid w:val="0"/>
        <w:spacing w:before="40" w:after="40"/>
        <w:rPr>
          <w:rFonts w:ascii="Arial" w:hAnsi="Arial" w:cs="Arial"/>
          <w:b w:val="0"/>
          <w:bCs w:val="0"/>
        </w:rPr>
      </w:pPr>
      <w:r>
        <w:rPr>
          <w:rFonts w:ascii="Arial" w:hAnsi="Arial" w:cs="Arial"/>
          <w:b w:val="0"/>
          <w:bCs w:val="0"/>
        </w:rPr>
        <w:t>Data __________________</w:t>
      </w:r>
    </w:p>
    <w:p w14:paraId="4C2FCD1D" w14:textId="77777777" w:rsidR="00B25A8C" w:rsidRPr="00E42A36" w:rsidRDefault="00B25A8C" w:rsidP="00E42A36">
      <w:pPr>
        <w:pStyle w:val="Heading2"/>
        <w:adjustRightInd w:val="0"/>
        <w:snapToGrid w:val="0"/>
        <w:spacing w:before="40" w:after="40"/>
        <w:rPr>
          <w:rFonts w:ascii="Arial" w:hAnsi="Arial" w:cs="Arial"/>
          <w:b w:val="0"/>
          <w:bCs w:val="0"/>
        </w:rPr>
      </w:pPr>
      <w:r>
        <w:rPr>
          <w:rFonts w:ascii="Arial" w:hAnsi="Arial" w:cs="Arial"/>
          <w:b w:val="0"/>
          <w:bCs w:val="0"/>
        </w:rPr>
        <w:t>Semnătura _____________</w:t>
      </w:r>
    </w:p>
    <w:p w14:paraId="60DCA9F3" w14:textId="77777777" w:rsidR="00B25A8C" w:rsidRPr="00E42A36" w:rsidRDefault="00B25A8C" w:rsidP="00E42A36">
      <w:pPr>
        <w:adjustRightInd w:val="0"/>
        <w:snapToGrid w:val="0"/>
        <w:rPr>
          <w:rFonts w:cs="Arial"/>
        </w:rPr>
      </w:pPr>
    </w:p>
    <w:p w14:paraId="0C70B602" w14:textId="77777777" w:rsidR="00B25A8C" w:rsidRPr="00E42A36" w:rsidRDefault="00B25A8C" w:rsidP="00E42A36">
      <w:pPr>
        <w:adjustRightInd w:val="0"/>
        <w:snapToGrid w:val="0"/>
        <w:rPr>
          <w:rFonts w:cs="Arial"/>
        </w:rPr>
      </w:pPr>
    </w:p>
    <w:p w14:paraId="5B031F53" w14:textId="77777777" w:rsidR="00B25A8C" w:rsidRPr="00E42A36" w:rsidRDefault="00B25A8C" w:rsidP="00E42A36">
      <w:pPr>
        <w:adjustRightInd w:val="0"/>
        <w:snapToGrid w:val="0"/>
        <w:jc w:val="left"/>
        <w:rPr>
          <w:rFonts w:cs="Arial"/>
        </w:rPr>
      </w:pPr>
      <w:r>
        <w:rPr>
          <w:rFonts w:cs="Arial"/>
        </w:rPr>
        <w:br w:type="page"/>
      </w:r>
    </w:p>
    <w:p w14:paraId="21D5A0A0" w14:textId="77777777" w:rsidR="00E42A36" w:rsidRPr="00E42A36" w:rsidRDefault="00E42A36" w:rsidP="00E42A36">
      <w:pPr>
        <w:pStyle w:val="Heading2"/>
        <w:adjustRightInd w:val="0"/>
        <w:snapToGrid w:val="0"/>
        <w:spacing w:before="40" w:after="40"/>
        <w:jc w:val="right"/>
        <w:rPr>
          <w:rFonts w:ascii="Arial" w:hAnsi="Arial" w:cs="Arial"/>
          <w:color w:val="294F39"/>
        </w:rPr>
      </w:pPr>
      <w:r>
        <w:rPr>
          <w:rFonts w:ascii="Arial" w:hAnsi="Arial" w:cs="Arial"/>
          <w:szCs w:val="24"/>
        </w:rPr>
        <w:lastRenderedPageBreak/>
        <w:t>Anexa 5f</w:t>
      </w:r>
    </w:p>
    <w:p w14:paraId="1B7FDC11" w14:textId="77777777" w:rsidR="006E5074" w:rsidRPr="00E42A36" w:rsidRDefault="00000000" w:rsidP="00E42A36">
      <w:pPr>
        <w:pStyle w:val="Heading2"/>
        <w:adjustRightInd w:val="0"/>
        <w:snapToGrid w:val="0"/>
        <w:spacing w:before="40" w:after="40"/>
        <w:rPr>
          <w:rFonts w:ascii="Arial" w:hAnsi="Arial" w:cs="Arial"/>
        </w:rPr>
      </w:pPr>
      <w:r>
        <w:rPr>
          <w:rFonts w:ascii="Arial" w:hAnsi="Arial" w:cs="Arial"/>
          <w:color w:val="294F39"/>
        </w:rPr>
        <w:t xml:space="preserve"> Model – Declarație privind disponibilitatea pentru exercitarea mandatului</w:t>
      </w:r>
    </w:p>
    <w:p w14:paraId="132A25A9" w14:textId="77777777" w:rsidR="00B25A8C" w:rsidRPr="00E42A36" w:rsidRDefault="00B25A8C" w:rsidP="00E42A36">
      <w:pPr>
        <w:pStyle w:val="BodyText"/>
        <w:adjustRightInd w:val="0"/>
        <w:snapToGrid w:val="0"/>
        <w:spacing w:after="40"/>
        <w:rPr>
          <w:rFonts w:cs="Arial"/>
          <w:bCs/>
        </w:rPr>
      </w:pPr>
    </w:p>
    <w:p w14:paraId="52F381AF" w14:textId="77777777" w:rsidR="00B25A8C" w:rsidRPr="00E42A36" w:rsidRDefault="00B25A8C" w:rsidP="00E42A36">
      <w:pPr>
        <w:pStyle w:val="BodyText"/>
        <w:adjustRightInd w:val="0"/>
        <w:snapToGrid w:val="0"/>
        <w:spacing w:after="40"/>
        <w:rPr>
          <w:rFonts w:cs="Arial"/>
          <w:bCs/>
        </w:rPr>
      </w:pPr>
    </w:p>
    <w:p w14:paraId="62C306BD" w14:textId="77777777" w:rsidR="00B25A8C" w:rsidRPr="00E42A36" w:rsidRDefault="00B25A8C" w:rsidP="00E42A36">
      <w:pPr>
        <w:pStyle w:val="BodyText"/>
        <w:adjustRightInd w:val="0"/>
        <w:snapToGrid w:val="0"/>
        <w:spacing w:after="40"/>
        <w:rPr>
          <w:rFonts w:cs="Arial"/>
          <w:bCs/>
        </w:rPr>
      </w:pPr>
    </w:p>
    <w:p w14:paraId="6EE67DA3" w14:textId="77777777" w:rsidR="006E5074" w:rsidRPr="00E42A36" w:rsidRDefault="00000000" w:rsidP="00E42A36">
      <w:pPr>
        <w:pStyle w:val="BodyText"/>
        <w:adjustRightInd w:val="0"/>
        <w:snapToGrid w:val="0"/>
        <w:spacing w:after="40"/>
        <w:rPr>
          <w:rFonts w:cs="Arial"/>
        </w:rPr>
      </w:pPr>
      <w:r>
        <w:rPr>
          <w:rFonts w:cs="Arial"/>
          <w:bCs/>
        </w:rPr>
        <w:t>Subsemnatul/Subsemnata,</w:t>
      </w:r>
      <w:r>
        <w:rPr>
          <w:rFonts w:cs="Arial"/>
        </w:rPr>
        <w:t xml:space="preserve"> ______________________________________________</w:t>
      </w:r>
    </w:p>
    <w:p w14:paraId="1B6ED585" w14:textId="77777777" w:rsidR="006E5074" w:rsidRPr="00E42A36" w:rsidRDefault="00000000" w:rsidP="00E42A36">
      <w:pPr>
        <w:pStyle w:val="BodyText"/>
        <w:adjustRightInd w:val="0"/>
        <w:snapToGrid w:val="0"/>
        <w:spacing w:after="40"/>
        <w:rPr>
          <w:rFonts w:cs="Arial"/>
        </w:rPr>
      </w:pPr>
      <w:r>
        <w:rPr>
          <w:rFonts w:cs="Arial"/>
        </w:rPr>
        <w:t>declar că, în cazul numirii, dispun de disponibilitatea necesară pentru exercitarea corespunzătoare a mandatului și pentru alocarea timpului necesar îndeplinirii responsabilităților funcției.</w:t>
      </w:r>
    </w:p>
    <w:p w14:paraId="06021A2C" w14:textId="77777777" w:rsidR="006E5074" w:rsidRPr="00E42A36" w:rsidRDefault="00000000" w:rsidP="00E42A36">
      <w:pPr>
        <w:pStyle w:val="BodyText"/>
        <w:adjustRightInd w:val="0"/>
        <w:snapToGrid w:val="0"/>
        <w:spacing w:after="40"/>
        <w:rPr>
          <w:rFonts w:cs="Arial"/>
        </w:rPr>
      </w:pPr>
      <w:r>
        <w:rPr>
          <w:rFonts w:cs="Arial"/>
        </w:rPr>
        <w:t>Mă oblig să informez FGCR, înainte de numire și pe durata mandatului, cu privire la orice funcție, mandat sau activitate externă care poate afecta disponibilitatea, independența de judecată, compatibilitatea sau buna exercitare a responsabilităților.</w:t>
      </w:r>
    </w:p>
    <w:p w14:paraId="19B2CF12" w14:textId="77777777" w:rsidR="00B25A8C" w:rsidRPr="00E42A36" w:rsidRDefault="00B25A8C" w:rsidP="00E42A36">
      <w:pPr>
        <w:pStyle w:val="BodyText"/>
        <w:adjustRightInd w:val="0"/>
        <w:snapToGrid w:val="0"/>
        <w:spacing w:after="40"/>
        <w:rPr>
          <w:rFonts w:cs="Arial"/>
          <w:bCs/>
        </w:rPr>
      </w:pPr>
    </w:p>
    <w:p w14:paraId="7BBEAB25" w14:textId="77777777" w:rsidR="00B25A8C" w:rsidRPr="00E42A36" w:rsidRDefault="00B25A8C" w:rsidP="00E42A36">
      <w:pPr>
        <w:pStyle w:val="BodyText"/>
        <w:adjustRightInd w:val="0"/>
        <w:snapToGrid w:val="0"/>
        <w:spacing w:after="40"/>
        <w:rPr>
          <w:rFonts w:cs="Arial"/>
          <w:bCs/>
        </w:rPr>
      </w:pPr>
      <w:r>
        <w:rPr>
          <w:rFonts w:cs="Arial"/>
          <w:bCs/>
        </w:rPr>
        <w:t>Data __________________</w:t>
      </w:r>
    </w:p>
    <w:p w14:paraId="5CB8A0D4" w14:textId="77777777" w:rsidR="00B25A8C" w:rsidRPr="00E42A36" w:rsidRDefault="00B25A8C" w:rsidP="00E42A36">
      <w:pPr>
        <w:pStyle w:val="BodyText"/>
        <w:adjustRightInd w:val="0"/>
        <w:snapToGrid w:val="0"/>
        <w:spacing w:after="40"/>
        <w:rPr>
          <w:rFonts w:cs="Arial"/>
          <w:bCs/>
        </w:rPr>
      </w:pPr>
      <w:r>
        <w:rPr>
          <w:rFonts w:cs="Arial"/>
          <w:bCs/>
        </w:rPr>
        <w:t>Semnătura _____________</w:t>
      </w:r>
    </w:p>
    <w:p w14:paraId="31FEBE8E" w14:textId="77777777" w:rsidR="006E5074" w:rsidRPr="00E42A36" w:rsidRDefault="006E5074" w:rsidP="00E42A36">
      <w:pPr>
        <w:pStyle w:val="BodyText"/>
        <w:adjustRightInd w:val="0"/>
        <w:snapToGrid w:val="0"/>
        <w:spacing w:after="40"/>
        <w:rPr>
          <w:rFonts w:cs="Arial"/>
        </w:rPr>
      </w:pPr>
    </w:p>
    <w:p w14:paraId="14E129C0" w14:textId="77777777" w:rsidR="00B25A8C" w:rsidRPr="00E42A36" w:rsidRDefault="00B25A8C" w:rsidP="00E42A36">
      <w:pPr>
        <w:adjustRightInd w:val="0"/>
        <w:snapToGrid w:val="0"/>
        <w:jc w:val="left"/>
        <w:rPr>
          <w:rFonts w:cs="Arial"/>
        </w:rPr>
      </w:pPr>
      <w:r>
        <w:rPr>
          <w:rFonts w:cs="Arial"/>
        </w:rPr>
        <w:br w:type="page"/>
      </w:r>
    </w:p>
    <w:p w14:paraId="1D0B6E43" w14:textId="77777777" w:rsidR="00B25A8C" w:rsidRPr="00E42A36" w:rsidRDefault="00E42A36" w:rsidP="00E42A36">
      <w:pPr>
        <w:pStyle w:val="BodyText"/>
        <w:adjustRightInd w:val="0"/>
        <w:snapToGrid w:val="0"/>
        <w:spacing w:after="40"/>
        <w:jc w:val="right"/>
        <w:rPr>
          <w:rFonts w:cs="Arial"/>
          <w:b/>
          <w:bCs/>
        </w:rPr>
      </w:pPr>
      <w:r>
        <w:rPr>
          <w:rFonts w:cs="Arial"/>
          <w:b/>
          <w:bCs/>
        </w:rPr>
        <w:lastRenderedPageBreak/>
        <w:t>Anexa 5g</w:t>
      </w:r>
    </w:p>
    <w:p w14:paraId="5A91CD11" w14:textId="77777777" w:rsidR="006E5074" w:rsidRPr="00E42A36" w:rsidRDefault="00000000" w:rsidP="00E42A36">
      <w:pPr>
        <w:pStyle w:val="Heading2"/>
        <w:adjustRightInd w:val="0"/>
        <w:snapToGrid w:val="0"/>
        <w:spacing w:before="40" w:after="40"/>
        <w:rPr>
          <w:rFonts w:ascii="Arial" w:hAnsi="Arial" w:cs="Arial"/>
        </w:rPr>
      </w:pPr>
      <w:r>
        <w:rPr>
          <w:rFonts w:ascii="Arial" w:hAnsi="Arial" w:cs="Arial"/>
          <w:color w:val="294F39"/>
        </w:rPr>
        <w:t>Notă de informare privind prelucrarea datelor cu caracter personal și confirmarea luării la cunoștință</w:t>
      </w:r>
    </w:p>
    <w:p w14:paraId="2674DF04" w14:textId="77777777" w:rsidR="00EB642A" w:rsidRDefault="00000000">
      <w:pPr>
        <w:pStyle w:val="BodyText"/>
        <w:adjustRightInd w:val="0"/>
        <w:snapToGrid w:val="0"/>
        <w:spacing w:after="40"/>
        <w:rPr>
          <w:rFonts w:cs="Arial"/>
        </w:rPr>
      </w:pPr>
      <w:r>
        <w:rPr>
          <w:rFonts w:cs="Arial"/>
        </w:rPr>
        <w:t>Vă informăm că ARC CONSULTING S.R.L. și-a constituit politica de securitate a datelor pe baza celor trei principii de bază ale securității informației – confidențialitate, integritate și disponibilitate – în conformitate cu Regulamentul (UE) 2016/679 privind protecția persoanelor fizice în ceea ce privește prelucrarea datelor cu caracter personal și privind libera circulație a acestor date (Regulamentul general privind protecția datelor). Tratăm cu prioritate protecția persoanelor și a datelor, cu respectarea drepturilor fundamentale, în special a dreptului la viață privată și de familie.</w:t>
      </w:r>
    </w:p>
    <w:p w14:paraId="6C9C6E1F" w14:textId="77777777" w:rsidR="00EB642A" w:rsidRDefault="00000000">
      <w:pPr>
        <w:pStyle w:val="BodyText"/>
        <w:adjustRightInd w:val="0"/>
        <w:snapToGrid w:val="0"/>
        <w:spacing w:after="40"/>
        <w:rPr>
          <w:rFonts w:cs="Arial"/>
        </w:rPr>
      </w:pPr>
      <w:r>
        <w:rPr>
          <w:rFonts w:cs="Arial"/>
        </w:rPr>
        <w:t>ARC CONSULTING S.R.L., din Cluj-Napoca, înregistrată la Oficiul Național al Registrului Comerțului de pe lângă Tribunalul Cluj, cod unic de identificare RO 14535632, cu punctul de lucru în Cluj-Napoca, str. Govora nr. 8, parter, având ca obiect principal de activitate codul CAEN 7022 – Activități de consultanță pentru afaceri și management, în calitate de operator de date cu caracter personal, în asociere cu Fondul de Garantare a Creditului Rural – IFN S.A. (FGCR), conform contractului de prestări servicii încheiat cu acesta, prelucrează datele dumneavoastră cu caracter personal, prin mijloace automatizate și manuale, în scopul desfășurării activităților de recrutare, selecție și evaluare la care participați în calitate de candidat pentru funcția de Director General și/sau Director al FGCR.</w:t>
      </w:r>
    </w:p>
    <w:p w14:paraId="48399B04" w14:textId="77777777" w:rsidR="00EB642A" w:rsidRDefault="00000000">
      <w:pPr>
        <w:pStyle w:val="BodyText"/>
        <w:adjustRightInd w:val="0"/>
        <w:snapToGrid w:val="0"/>
        <w:spacing w:after="40"/>
        <w:rPr>
          <w:rFonts w:cs="Arial"/>
        </w:rPr>
      </w:pPr>
      <w:r>
        <w:rPr>
          <w:rFonts w:cs="Arial"/>
        </w:rPr>
        <w:t>Prelucrarea datelor se efectuează de către ARC CONSULTING S.R.L. și de împuterniciții săi (furnizorii de servicii IT), în temeiul art. 6 alin. (1) lit. b) și c) din Regulamentul (UE) 2016/679, respectiv în vederea efectuării demersurilor necesare încheierii contractului de mandat (desfășurarea procesului de recrutare și selecție, întocmirea documentației premergătoare numirii), precum și în vederea îndeplinirii obligațiilor legale care revin operatorilor (arhivarea fizică și electronică a documentelor, obligațiile financiar-contabile, respectarea normelor legale privind selecția directorilor întreprinderilor publice prevăzute de Ordonanța de urgență a Guvernului nr. 109/2011 și a cerințelor aplicabile conducătorilor instituțiilor financiare nebancare).</w:t>
      </w:r>
    </w:p>
    <w:p w14:paraId="64FCB6C0" w14:textId="77777777" w:rsidR="00EB642A" w:rsidRDefault="00000000">
      <w:pPr>
        <w:pStyle w:val="BodyText"/>
        <w:adjustRightInd w:val="0"/>
        <w:snapToGrid w:val="0"/>
        <w:spacing w:after="40"/>
        <w:rPr>
          <w:rFonts w:cs="Arial"/>
        </w:rPr>
      </w:pPr>
      <w:r>
        <w:rPr>
          <w:rFonts w:cs="Arial"/>
        </w:rPr>
        <w:t>Sunteți obligat/obligată să furnizați datele personale solicitate la depunerea candidaturii, în documentele și comunicările transmise pe parcursul procedurii ori cu ocazia evaluărilor realizate de echipa de specialiști a ARC CONSULTING S.R.L. Refuzul de a furniza datele solicitate, complete și corecte, determină: a) imposibilitatea evaluării calificărilor și competențelor dumneavoastră pentru funcția pentru care candidați; b) imposibilitatea programării și desfășurării interviurilor; c) imposibilitatea includerii dumneavoastră în lista lungă ori în lista scurtă; d) imposibilitatea stabilirii candidaților care corespund cel mai bine profilului funcției; e) imposibilitatea prelucrării datelor în scopul selecției și evaluării, al caracterizării și al stabilirii adecvării candidatului la cerințele funcției; f) excluderea din procedura de selecție și imposibilitatea ocupării funcției; g) imposibilitatea respectării obligațiilor legale de către operatori.</w:t>
      </w:r>
    </w:p>
    <w:p w14:paraId="4DFBDCD5" w14:textId="77777777" w:rsidR="00EB642A" w:rsidRDefault="00000000">
      <w:pPr>
        <w:pStyle w:val="BodyText"/>
        <w:adjustRightInd w:val="0"/>
        <w:snapToGrid w:val="0"/>
        <w:spacing w:after="40"/>
        <w:rPr>
          <w:rFonts w:cs="Arial"/>
        </w:rPr>
      </w:pPr>
      <w:r>
        <w:rPr>
          <w:rFonts w:cs="Arial"/>
        </w:rPr>
        <w:t xml:space="preserve">În vederea îndeplinirii scopurilor menționate, este necesar să prelucrăm următoarele categorii de date cu caracter personal: nume și prenume, domiciliu, CNP, seria și numărul </w:t>
      </w:r>
      <w:r>
        <w:rPr>
          <w:rFonts w:cs="Arial"/>
        </w:rPr>
        <w:lastRenderedPageBreak/>
        <w:t>actului de identitate, locul și data nașterii, cetățenia, calitatea/funcția, formarea profesională, studiile, experiența profesională, diplomele, competențele, profesia, locul de muncă, vechimea în muncă, competențele lingvistice, cazierul judiciar și cazierul fiscal, istoricul funcțiilor deținute, informațiile privind reputația, încadrarea în situații de conflict de interese și/sau incompatibilități, date privind sănătatea (numai dacă funcția impune solicitarea de informații despre condiția medicală, despre eventuale dizabilități sau restricții), datele de contact (număr de telefon și adresă de e-mail, exclusiv pentru o comunicare eficientă și rapidă), alte date introduse în mod voluntar în curriculum vitae, în declarațiile pe propria răspundere sau în celelalte documente depuse în cadrul procedurii, imaginea (fotografia din actul de identitate și din diplome, precum și înregistrările interviurilor, numai dacă înregistrarea este prevăzută și comunicată în prealabil), vocea, semnătura, comportamentul profesional, profilul psihologic, rezultatele evaluărilor și ale interviurilor, precum și orice alte informații pe baza cărora se pot stabili abilitățile și aptitudinile raportat la cerințele funcției.</w:t>
      </w:r>
    </w:p>
    <w:p w14:paraId="5253C599" w14:textId="77777777" w:rsidR="00EB642A" w:rsidRDefault="00000000">
      <w:pPr>
        <w:pStyle w:val="BodyText"/>
        <w:adjustRightInd w:val="0"/>
        <w:snapToGrid w:val="0"/>
        <w:spacing w:after="40"/>
        <w:rPr>
          <w:rFonts w:cs="Arial"/>
        </w:rPr>
      </w:pPr>
      <w:r>
        <w:rPr>
          <w:rFonts w:cs="Arial"/>
        </w:rPr>
        <w:t>Datele dumneavoastră cu caracter personal sunt utilizate exclusiv pentru procedura de selecție a Directorului General și a Directorului FGCR în curs de desfășurare.</w:t>
      </w:r>
    </w:p>
    <w:p w14:paraId="72D05FD6" w14:textId="77777777" w:rsidR="00EB642A" w:rsidRDefault="00000000">
      <w:pPr>
        <w:pStyle w:val="BodyText"/>
        <w:adjustRightInd w:val="0"/>
        <w:snapToGrid w:val="0"/>
        <w:spacing w:after="40"/>
        <w:rPr>
          <w:rFonts w:cs="Arial"/>
        </w:rPr>
      </w:pPr>
      <w:r>
        <w:rPr>
          <w:rFonts w:cs="Arial"/>
        </w:rPr>
        <w:t>Datele colectate sunt prelucrate de ARC CONSULTING S.R.L. și de împuterniciții săi (furnizorii de servicii IT) și sunt transmise, în scopul îndeplinirii obligațiilor contractuale și al desfășurării procedurii, către FGCR, respectiv către Comitetul de Nominalizare și Remunerare și Consiliul de Administrație al acestuia. Pentru candidații numiți, FGCR transmite datele necesare Băncii Naționale a României, în vederea îndeplinirii formalităților aplicabile conducătorilor instituțiilor financiare nebancare. Datele pot fi transmise, de asemenea, organelor judiciare și altor autorități publice competente, la solicitarea expresă a acestora și în limitele legii.</w:t>
      </w:r>
    </w:p>
    <w:p w14:paraId="3EF98C1A" w14:textId="77777777" w:rsidR="00EB642A" w:rsidRDefault="00000000">
      <w:pPr>
        <w:pStyle w:val="BodyText"/>
        <w:adjustRightInd w:val="0"/>
        <w:snapToGrid w:val="0"/>
        <w:spacing w:after="40"/>
        <w:rPr>
          <w:rFonts w:cs="Arial"/>
        </w:rPr>
      </w:pPr>
      <w:r>
        <w:rPr>
          <w:rFonts w:cs="Arial"/>
        </w:rPr>
        <w:t>Cu excepțiile prevăzute în mod expres de lege, datele dumneavoastră cu caracter personal pot fi transmise unor terțe persoane numai în baza consimțământului dumneavoastră liber exprimat.</w:t>
      </w:r>
    </w:p>
    <w:p w14:paraId="0680A8ED" w14:textId="77777777" w:rsidR="00EB642A" w:rsidRDefault="00000000">
      <w:pPr>
        <w:pStyle w:val="BodyText"/>
        <w:adjustRightInd w:val="0"/>
        <w:snapToGrid w:val="0"/>
        <w:spacing w:after="40"/>
        <w:rPr>
          <w:rFonts w:cs="Arial"/>
        </w:rPr>
      </w:pPr>
      <w:r>
        <w:rPr>
          <w:rFonts w:cs="Arial"/>
        </w:rPr>
        <w:t>Datele cu caracter personal colectate sunt stocate numai pe durata necesară scopului menționat, pentru o perioadă de cel mult 5 ani de la data încetării contractului de prestări servicii încheiat cu FGCR, după care sunt anonimizate sau distruse/șterse din bazele de date ale ARC CONSULTING S.R.L., fără a afecta termenele de păstrare a documentelor procedurii de către FGCR, potrivit regulilor de arhivare aplicabile acestuia.</w:t>
      </w:r>
    </w:p>
    <w:p w14:paraId="10DD39A8" w14:textId="77777777" w:rsidR="00EB642A" w:rsidRDefault="00000000">
      <w:pPr>
        <w:pStyle w:val="BodyText"/>
        <w:adjustRightInd w:val="0"/>
        <w:snapToGrid w:val="0"/>
        <w:spacing w:after="40"/>
        <w:rPr>
          <w:rFonts w:cs="Arial"/>
        </w:rPr>
      </w:pPr>
      <w:r>
        <w:rPr>
          <w:rFonts w:cs="Arial"/>
        </w:rPr>
        <w:t>Potrivit Regulamentului (UE) 2016/679 și legislației naționale privind protecția persoanelor cu privire la prelucrarea datelor cu caracter personal, beneficiați de următoarele drepturi:</w:t>
      </w:r>
    </w:p>
    <w:p w14:paraId="11F9A64B" w14:textId="77777777" w:rsidR="00EB642A" w:rsidRDefault="00000000">
      <w:pPr>
        <w:pStyle w:val="BodyText"/>
        <w:adjustRightInd w:val="0"/>
        <w:snapToGrid w:val="0"/>
        <w:spacing w:after="40"/>
        <w:rPr>
          <w:rFonts w:cs="Arial"/>
        </w:rPr>
      </w:pPr>
      <w:r>
        <w:rPr>
          <w:rFonts w:cs="Arial"/>
        </w:rPr>
        <w:t>– dreptul de a fi informat (art. 13 și 14);</w:t>
      </w:r>
    </w:p>
    <w:p w14:paraId="316D50EE" w14:textId="77777777" w:rsidR="00EB642A" w:rsidRDefault="00000000">
      <w:pPr>
        <w:pStyle w:val="BodyText"/>
        <w:adjustRightInd w:val="0"/>
        <w:snapToGrid w:val="0"/>
        <w:spacing w:after="40"/>
        <w:rPr>
          <w:rFonts w:cs="Arial"/>
        </w:rPr>
      </w:pPr>
      <w:r>
        <w:rPr>
          <w:rFonts w:cs="Arial"/>
        </w:rPr>
        <w:t>– dreptul de acces la date (art. 15);</w:t>
      </w:r>
    </w:p>
    <w:p w14:paraId="49C69174" w14:textId="77777777" w:rsidR="00EB642A" w:rsidRDefault="00000000">
      <w:pPr>
        <w:pStyle w:val="BodyText"/>
        <w:adjustRightInd w:val="0"/>
        <w:snapToGrid w:val="0"/>
        <w:spacing w:after="40"/>
        <w:rPr>
          <w:rFonts w:cs="Arial"/>
        </w:rPr>
      </w:pPr>
      <w:r>
        <w:rPr>
          <w:rFonts w:cs="Arial"/>
        </w:rPr>
        <w:t>– dreptul la rectificare (art. 16);</w:t>
      </w:r>
    </w:p>
    <w:p w14:paraId="61C6E48F" w14:textId="77777777" w:rsidR="00EB642A" w:rsidRDefault="00000000">
      <w:pPr>
        <w:pStyle w:val="BodyText"/>
        <w:adjustRightInd w:val="0"/>
        <w:snapToGrid w:val="0"/>
        <w:spacing w:after="40"/>
        <w:rPr>
          <w:rFonts w:cs="Arial"/>
        </w:rPr>
      </w:pPr>
      <w:r>
        <w:rPr>
          <w:rFonts w:cs="Arial"/>
        </w:rPr>
        <w:t>– dreptul la ștergerea datelor („dreptul de a fi uitat”) (art. 17);</w:t>
      </w:r>
    </w:p>
    <w:p w14:paraId="263B1E7D" w14:textId="77777777" w:rsidR="00EB642A" w:rsidRDefault="00000000">
      <w:pPr>
        <w:pStyle w:val="BodyText"/>
        <w:adjustRightInd w:val="0"/>
        <w:snapToGrid w:val="0"/>
        <w:spacing w:after="40"/>
        <w:rPr>
          <w:rFonts w:cs="Arial"/>
        </w:rPr>
      </w:pPr>
      <w:r>
        <w:rPr>
          <w:rFonts w:cs="Arial"/>
        </w:rPr>
        <w:t>– dreptul la restricționarea prelucrării (art. 18);</w:t>
      </w:r>
    </w:p>
    <w:p w14:paraId="450D6166" w14:textId="77777777" w:rsidR="00EB642A" w:rsidRDefault="00000000">
      <w:pPr>
        <w:pStyle w:val="BodyText"/>
        <w:adjustRightInd w:val="0"/>
        <w:snapToGrid w:val="0"/>
        <w:spacing w:after="40"/>
        <w:rPr>
          <w:rFonts w:cs="Arial"/>
        </w:rPr>
      </w:pPr>
      <w:r>
        <w:rPr>
          <w:rFonts w:cs="Arial"/>
        </w:rPr>
        <w:t>– dreptul la portabilitatea datelor (art. 20);</w:t>
      </w:r>
    </w:p>
    <w:p w14:paraId="2D5E648A" w14:textId="77777777" w:rsidR="00EB642A" w:rsidRDefault="00000000">
      <w:pPr>
        <w:pStyle w:val="BodyText"/>
        <w:adjustRightInd w:val="0"/>
        <w:snapToGrid w:val="0"/>
        <w:spacing w:after="40"/>
        <w:rPr>
          <w:rFonts w:cs="Arial"/>
        </w:rPr>
      </w:pPr>
      <w:r>
        <w:rPr>
          <w:rFonts w:cs="Arial"/>
        </w:rPr>
        <w:t>– dreptul la opoziție (art. 21);</w:t>
      </w:r>
    </w:p>
    <w:p w14:paraId="1943DDD9" w14:textId="77777777" w:rsidR="00EB642A" w:rsidRDefault="00000000">
      <w:pPr>
        <w:pStyle w:val="BodyText"/>
        <w:adjustRightInd w:val="0"/>
        <w:snapToGrid w:val="0"/>
        <w:spacing w:after="40"/>
        <w:rPr>
          <w:rFonts w:cs="Arial"/>
        </w:rPr>
      </w:pPr>
      <w:r>
        <w:rPr>
          <w:rFonts w:cs="Arial"/>
        </w:rPr>
        <w:lastRenderedPageBreak/>
        <w:t>– dreptul de a nu fi supus unei decizii bazate exclusiv pe prelucrarea automată a datelor (art. 22).</w:t>
      </w:r>
    </w:p>
    <w:p w14:paraId="5BA28DE5" w14:textId="77777777" w:rsidR="00EB642A" w:rsidRDefault="00000000">
      <w:pPr>
        <w:pStyle w:val="BodyText"/>
        <w:adjustRightInd w:val="0"/>
        <w:snapToGrid w:val="0"/>
        <w:spacing w:after="40"/>
        <w:rPr>
          <w:rFonts w:cs="Arial"/>
        </w:rPr>
      </w:pPr>
      <w:r>
        <w:rPr>
          <w:rFonts w:cs="Arial"/>
        </w:rPr>
        <w:t>Pentru exercitarea acestor drepturi, precum și pentru orice întrebări sau nemulțumiri privind prelucrarea datelor cu caracter personal, vă puteți adresa ARC CONSULTING S.R.L. la adresa punctului de lucru din Cluj-Napoca, str. Govora nr. 8, jud. Cluj, responsabilului cu protecția datelor la adresa de e-mail dpo@arc-consulting.ro ori telefonic, la numărul 0727 923 915, în zilele lucrătoare, de luni până vineri, între orele 08:00–16:00. Informații suplimentare privind prelucrarea datelor cu caracter personal sunt disponibile pe website-ul ARC CONSULTING S.R.L., la adresa https://arc-consulting.ro/politicadeconfidentialitate/.</w:t>
      </w:r>
    </w:p>
    <w:p w14:paraId="062A6FA6" w14:textId="77777777" w:rsidR="00EB642A" w:rsidRDefault="00000000">
      <w:pPr>
        <w:pStyle w:val="BodyText"/>
        <w:adjustRightInd w:val="0"/>
        <w:snapToGrid w:val="0"/>
        <w:spacing w:after="40"/>
        <w:rPr>
          <w:rFonts w:cs="Arial"/>
        </w:rPr>
      </w:pPr>
      <w:r>
        <w:rPr>
          <w:rFonts w:cs="Arial"/>
        </w:rPr>
        <w:t>Dacă apreciați că v-a fost încălcat vreun drept privind prelucrarea datelor cu caracter personal, vă puteți adresa Autorității Naționale de Supraveghere a Prelucrării Datelor cu Caracter Personal (www.dataprotection.ro) sau instanței de judecată, potrivit art. 77–79 din Regulamentul (UE) 2016/679.</w:t>
      </w:r>
    </w:p>
    <w:p w14:paraId="2509E489" w14:textId="77777777" w:rsidR="00EB642A" w:rsidRDefault="00000000">
      <w:pPr>
        <w:pStyle w:val="BodyText"/>
        <w:adjustRightInd w:val="0"/>
        <w:snapToGrid w:val="0"/>
        <w:spacing w:after="40"/>
        <w:rPr>
          <w:rFonts w:cs="Arial"/>
        </w:rPr>
      </w:pPr>
      <w:r>
        <w:rPr>
          <w:rFonts w:cs="Arial"/>
          <w:b/>
        </w:rPr>
        <w:t>ARC CONSULTING S.R.L. se angajează să aplice toate măsurile tehnice și organizatorice adecvate pentru asigurarea securității datelor dumneavoastră personale și pentru protejarea acestora împotriva distrugerii, modificării, dezvăluirii ori accesului neautorizat.</w:t>
      </w:r>
    </w:p>
    <w:p w14:paraId="07911C36" w14:textId="77777777" w:rsidR="00EB642A" w:rsidRDefault="00000000">
      <w:pPr>
        <w:pStyle w:val="BodyText"/>
        <w:adjustRightInd w:val="0"/>
        <w:snapToGrid w:val="0"/>
        <w:spacing w:after="40"/>
        <w:rPr>
          <w:rFonts w:cs="Arial"/>
        </w:rPr>
      </w:pPr>
      <w:r>
        <w:rPr>
          <w:rFonts w:cs="Arial"/>
          <w:b/>
        </w:rPr>
        <w:t>Confirmarea luării la cunoștință</w:t>
      </w:r>
    </w:p>
    <w:p w14:paraId="64F3FF2F" w14:textId="77777777" w:rsidR="00B25A8C" w:rsidRPr="00E42A36" w:rsidRDefault="00B25A8C" w:rsidP="00E42A36">
      <w:pPr>
        <w:pStyle w:val="BodyText"/>
        <w:adjustRightInd w:val="0"/>
        <w:snapToGrid w:val="0"/>
        <w:spacing w:after="40"/>
        <w:rPr>
          <w:rFonts w:cs="Arial"/>
        </w:rPr>
      </w:pPr>
    </w:p>
    <w:p w14:paraId="7F91976B" w14:textId="77777777" w:rsidR="00B25A8C" w:rsidRPr="00E42A36" w:rsidRDefault="00B25A8C" w:rsidP="00E42A36">
      <w:pPr>
        <w:pStyle w:val="BodyText"/>
        <w:adjustRightInd w:val="0"/>
        <w:snapToGrid w:val="0"/>
        <w:spacing w:after="40"/>
        <w:rPr>
          <w:rFonts w:cs="Arial"/>
        </w:rPr>
      </w:pPr>
    </w:p>
    <w:p w14:paraId="0F6AF2EA" w14:textId="77777777" w:rsidR="00B25A8C" w:rsidRPr="00E42A36" w:rsidRDefault="00B25A8C" w:rsidP="00E42A36">
      <w:pPr>
        <w:pStyle w:val="BodyText"/>
        <w:adjustRightInd w:val="0"/>
        <w:snapToGrid w:val="0"/>
        <w:spacing w:after="40"/>
        <w:rPr>
          <w:rFonts w:cs="Arial"/>
        </w:rPr>
      </w:pPr>
    </w:p>
    <w:p w14:paraId="14F5A50C" w14:textId="77777777" w:rsidR="00B25A8C" w:rsidRPr="00E42A36" w:rsidRDefault="00B25A8C" w:rsidP="00E42A36">
      <w:pPr>
        <w:pStyle w:val="BodyText"/>
        <w:adjustRightInd w:val="0"/>
        <w:snapToGrid w:val="0"/>
        <w:spacing w:after="40"/>
        <w:rPr>
          <w:rFonts w:cs="Arial"/>
        </w:rPr>
      </w:pPr>
    </w:p>
    <w:p w14:paraId="2EC96D04" w14:textId="77777777" w:rsidR="00B25A8C" w:rsidRPr="00E42A36" w:rsidRDefault="00B25A8C" w:rsidP="00E42A36">
      <w:pPr>
        <w:pStyle w:val="BodyText"/>
        <w:adjustRightInd w:val="0"/>
        <w:snapToGrid w:val="0"/>
        <w:spacing w:after="40"/>
        <w:rPr>
          <w:rFonts w:cs="Arial"/>
        </w:rPr>
      </w:pPr>
    </w:p>
    <w:p w14:paraId="0067FA04" w14:textId="77777777" w:rsidR="006E5074" w:rsidRPr="00E42A36" w:rsidRDefault="00000000" w:rsidP="00E42A36">
      <w:pPr>
        <w:pStyle w:val="BodyText"/>
        <w:adjustRightInd w:val="0"/>
        <w:snapToGrid w:val="0"/>
        <w:spacing w:after="40"/>
        <w:rPr>
          <w:rFonts w:cs="Arial"/>
        </w:rPr>
      </w:pPr>
      <w:r>
        <w:rPr>
          <w:rFonts w:cs="Arial"/>
        </w:rPr>
        <w:t>Subsemnatul/Subsemnata __________________________________________ confirm că am primit/am avut acces la Nota de informare privind prelucrarea datelor cu caracter personal în cadrul procedurii de selecție și că am luat cunoștință de scopurile și temeiurile prelucrării, categoriile de date, destinatarii, perioada de păstrare și drepturile care îmi revin.</w:t>
      </w:r>
    </w:p>
    <w:p w14:paraId="2FEF0A7A" w14:textId="77777777" w:rsidR="006E5074" w:rsidRPr="00E42A36" w:rsidRDefault="00000000" w:rsidP="00E42A36">
      <w:pPr>
        <w:pStyle w:val="BodyText"/>
        <w:adjustRightInd w:val="0"/>
        <w:snapToGrid w:val="0"/>
        <w:spacing w:after="40"/>
        <w:rPr>
          <w:rFonts w:cs="Arial"/>
        </w:rPr>
      </w:pPr>
      <w:r>
        <w:rPr>
          <w:rFonts w:cs="Arial"/>
          <w:i/>
        </w:rPr>
        <w:t>Prezenta confirmare atestă informarea candidatului și nu reprezintă, prin ea însăși, consimțământ pentru operațiuni de prelucrare care se întemeiază pe o obligație legală, interes legitim, măsuri precontractuale ori un alt temei juridic aplicabil.</w:t>
      </w:r>
    </w:p>
    <w:p w14:paraId="0071A572" w14:textId="77777777" w:rsidR="00E42A36" w:rsidRPr="00E42A36" w:rsidRDefault="00E42A36" w:rsidP="00E42A36">
      <w:pPr>
        <w:pStyle w:val="BodyText"/>
        <w:adjustRightInd w:val="0"/>
        <w:snapToGrid w:val="0"/>
        <w:spacing w:after="40"/>
        <w:rPr>
          <w:rFonts w:cs="Arial"/>
          <w:bCs/>
        </w:rPr>
      </w:pPr>
    </w:p>
    <w:p w14:paraId="22E4ADFA" w14:textId="77777777" w:rsidR="00B25A8C" w:rsidRPr="00E42A36" w:rsidRDefault="00B25A8C" w:rsidP="00E42A36">
      <w:pPr>
        <w:pStyle w:val="BodyText"/>
        <w:adjustRightInd w:val="0"/>
        <w:snapToGrid w:val="0"/>
        <w:spacing w:after="40"/>
        <w:rPr>
          <w:rFonts w:cs="Arial"/>
          <w:bCs/>
        </w:rPr>
      </w:pPr>
      <w:r>
        <w:rPr>
          <w:rFonts w:cs="Arial"/>
          <w:bCs/>
        </w:rPr>
        <w:t>Data __________________</w:t>
      </w:r>
    </w:p>
    <w:p w14:paraId="39F32611" w14:textId="77777777" w:rsidR="00B25A8C" w:rsidRPr="00E42A36" w:rsidRDefault="00B25A8C" w:rsidP="00E42A36">
      <w:pPr>
        <w:pStyle w:val="BodyText"/>
        <w:adjustRightInd w:val="0"/>
        <w:snapToGrid w:val="0"/>
        <w:spacing w:after="40"/>
        <w:rPr>
          <w:rFonts w:cs="Arial"/>
          <w:bCs/>
        </w:rPr>
      </w:pPr>
      <w:r>
        <w:rPr>
          <w:rFonts w:cs="Arial"/>
          <w:bCs/>
        </w:rPr>
        <w:t>Semnătura _____________</w:t>
      </w:r>
    </w:p>
    <w:p w14:paraId="40081BC7" w14:textId="77777777" w:rsidR="00B25A8C" w:rsidRPr="00E42A36" w:rsidRDefault="00B25A8C" w:rsidP="00E42A36">
      <w:pPr>
        <w:pStyle w:val="BodyText"/>
        <w:adjustRightInd w:val="0"/>
        <w:snapToGrid w:val="0"/>
        <w:spacing w:after="40"/>
        <w:rPr>
          <w:rFonts w:cs="Arial"/>
          <w:bCs/>
        </w:rPr>
      </w:pPr>
    </w:p>
    <w:p w14:paraId="121E6901" w14:textId="77777777" w:rsidR="00B25A8C" w:rsidRPr="00E42A36" w:rsidRDefault="00B25A8C" w:rsidP="00E42A36">
      <w:pPr>
        <w:pStyle w:val="BodyText"/>
        <w:adjustRightInd w:val="0"/>
        <w:snapToGrid w:val="0"/>
        <w:spacing w:after="40"/>
        <w:rPr>
          <w:rFonts w:cs="Arial"/>
          <w:bCs/>
        </w:rPr>
      </w:pPr>
    </w:p>
    <w:p w14:paraId="33AEF852" w14:textId="77777777" w:rsidR="00B25A8C" w:rsidRPr="00E42A36" w:rsidRDefault="00B25A8C" w:rsidP="00E42A36">
      <w:pPr>
        <w:adjustRightInd w:val="0"/>
        <w:snapToGrid w:val="0"/>
        <w:jc w:val="left"/>
        <w:rPr>
          <w:rFonts w:cs="Arial"/>
          <w:bCs/>
        </w:rPr>
      </w:pPr>
    </w:p>
    <w:p w14:paraId="5A793B07" w14:textId="77777777" w:rsidR="00B25A8C" w:rsidRPr="00E42A36" w:rsidRDefault="00B25A8C" w:rsidP="00E42A36">
      <w:pPr>
        <w:pStyle w:val="BodyText"/>
        <w:adjustRightInd w:val="0"/>
        <w:snapToGrid w:val="0"/>
        <w:spacing w:after="40"/>
        <w:rPr>
          <w:rFonts w:cs="Arial"/>
          <w:bCs/>
        </w:rPr>
      </w:pPr>
    </w:p>
    <w:sectPr w:rsidR="00B25A8C" w:rsidRPr="00E42A36" w:rsidSect="00034616">
      <w:headerReference w:type="default" r:id="rId8"/>
      <w:footerReference w:type="default" r:id="rId9"/>
      <w:pgSz w:w="11906" w:h="16838"/>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C3DFF" w14:textId="77777777" w:rsidR="00E77EA6" w:rsidRDefault="00E77EA6">
      <w:pPr>
        <w:spacing w:before="0" w:after="0" w:line="240" w:lineRule="auto"/>
      </w:pPr>
      <w:r>
        <w:separator/>
      </w:r>
    </w:p>
  </w:endnote>
  <w:endnote w:type="continuationSeparator" w:id="0">
    <w:p w14:paraId="772197FC" w14:textId="77777777" w:rsidR="00E77EA6" w:rsidRDefault="00E77E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48966347"/>
      <w:docPartObj>
        <w:docPartGallery w:val="Page Numbers (Bottom of Page)"/>
        <w:docPartUnique/>
      </w:docPartObj>
    </w:sdtPr>
    <w:sdtContent>
      <w:p w14:paraId="0D9ADCC8" w14:textId="77777777" w:rsidR="004B46DB" w:rsidRDefault="004B46DB">
        <w:pPr>
          <w:pStyle w:val="Footer"/>
          <w:jc w:val="center"/>
        </w:pPr>
        <w:r>
          <w:fldChar w:fldCharType="begin"/>
        </w:r>
        <w:r>
          <w:instrText>PAGE   \* MERGEFORMAT</w:instrText>
        </w:r>
        <w:r>
          <w:fldChar w:fldCharType="separate"/>
        </w:r>
        <w:r>
          <w:rPr>
            <w:lang w:val="ro-RO"/>
          </w:rPr>
          <w:t>2</w:t>
        </w:r>
        <w:r>
          <w:fldChar w:fldCharType="end"/>
        </w:r>
      </w:p>
    </w:sdtContent>
  </w:sdt>
  <w:p w14:paraId="0914AC97" w14:textId="77777777" w:rsidR="005166FC" w:rsidRDefault="005166F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630DAD" w14:textId="77777777" w:rsidR="00E77EA6" w:rsidRDefault="00E77EA6">
      <w:pPr>
        <w:spacing w:before="0" w:after="0" w:line="240" w:lineRule="auto"/>
      </w:pPr>
      <w:r>
        <w:separator/>
      </w:r>
    </w:p>
  </w:footnote>
  <w:footnote w:type="continuationSeparator" w:id="0">
    <w:p w14:paraId="06C1C6D5" w14:textId="77777777" w:rsidR="00E77EA6" w:rsidRDefault="00E77EA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4B39DC" w14:textId="77777777" w:rsidR="005166FC" w:rsidRDefault="005166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126A19"/>
    <w:multiLevelType w:val="hybridMultilevel"/>
    <w:tmpl w:val="2EF4AD00"/>
    <w:lvl w:ilvl="0" w:tplc="8D3843D8">
      <w:start w:val="3"/>
      <w:numFmt w:val="bullet"/>
      <w:lvlText w:val="•"/>
      <w:lvlJc w:val="left"/>
      <w:pPr>
        <w:ind w:left="672" w:hanging="360"/>
      </w:pPr>
      <w:rPr>
        <w:rFonts w:ascii="Arial" w:eastAsiaTheme="minorEastAsia" w:hAnsi="Arial" w:cs="Arial" w:hint="default"/>
        <w:b/>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10" w15:restartNumberingAfterBreak="0">
    <w:nsid w:val="00DF1AF6"/>
    <w:multiLevelType w:val="hybridMultilevel"/>
    <w:tmpl w:val="025A6DDE"/>
    <w:lvl w:ilvl="0" w:tplc="8D3843D8">
      <w:start w:val="3"/>
      <w:numFmt w:val="bullet"/>
      <w:lvlText w:val="•"/>
      <w:lvlJc w:val="left"/>
      <w:pPr>
        <w:ind w:left="672" w:hanging="360"/>
      </w:pPr>
      <w:rPr>
        <w:rFonts w:ascii="Arial" w:eastAsiaTheme="minorEastAsia" w:hAnsi="Arial" w:cs="Arial" w:hint="default"/>
        <w:b/>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11" w15:restartNumberingAfterBreak="0">
    <w:nsid w:val="01E37DE6"/>
    <w:multiLevelType w:val="hybridMultilevel"/>
    <w:tmpl w:val="6C185FAE"/>
    <w:lvl w:ilvl="0" w:tplc="8D3843D8">
      <w:start w:val="3"/>
      <w:numFmt w:val="bullet"/>
      <w:lvlText w:val="•"/>
      <w:lvlJc w:val="left"/>
      <w:pPr>
        <w:ind w:left="672" w:hanging="360"/>
      </w:pPr>
      <w:rPr>
        <w:rFonts w:ascii="Arial" w:eastAsiaTheme="minorEastAsia" w:hAnsi="Arial" w:cs="Arial" w:hint="default"/>
        <w:b/>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12" w15:restartNumberingAfterBreak="0">
    <w:nsid w:val="06743696"/>
    <w:multiLevelType w:val="hybridMultilevel"/>
    <w:tmpl w:val="50485EA4"/>
    <w:lvl w:ilvl="0" w:tplc="23AE417A">
      <w:start w:val="1"/>
      <w:numFmt w:val="lowerLetter"/>
      <w:lvlText w:val="%1)"/>
      <w:lvlJc w:val="left"/>
      <w:pPr>
        <w:ind w:left="530" w:hanging="360"/>
      </w:pPr>
      <w:rPr>
        <w:rFonts w:hint="default"/>
      </w:rPr>
    </w:lvl>
    <w:lvl w:ilvl="1" w:tplc="04180019" w:tentative="1">
      <w:start w:val="1"/>
      <w:numFmt w:val="lowerLetter"/>
      <w:lvlText w:val="%2."/>
      <w:lvlJc w:val="left"/>
      <w:pPr>
        <w:ind w:left="1250" w:hanging="360"/>
      </w:pPr>
    </w:lvl>
    <w:lvl w:ilvl="2" w:tplc="0418001B" w:tentative="1">
      <w:start w:val="1"/>
      <w:numFmt w:val="lowerRoman"/>
      <w:lvlText w:val="%3."/>
      <w:lvlJc w:val="right"/>
      <w:pPr>
        <w:ind w:left="1970" w:hanging="180"/>
      </w:pPr>
    </w:lvl>
    <w:lvl w:ilvl="3" w:tplc="0418000F" w:tentative="1">
      <w:start w:val="1"/>
      <w:numFmt w:val="decimal"/>
      <w:lvlText w:val="%4."/>
      <w:lvlJc w:val="left"/>
      <w:pPr>
        <w:ind w:left="2690" w:hanging="360"/>
      </w:pPr>
    </w:lvl>
    <w:lvl w:ilvl="4" w:tplc="04180019" w:tentative="1">
      <w:start w:val="1"/>
      <w:numFmt w:val="lowerLetter"/>
      <w:lvlText w:val="%5."/>
      <w:lvlJc w:val="left"/>
      <w:pPr>
        <w:ind w:left="3410" w:hanging="360"/>
      </w:pPr>
    </w:lvl>
    <w:lvl w:ilvl="5" w:tplc="0418001B" w:tentative="1">
      <w:start w:val="1"/>
      <w:numFmt w:val="lowerRoman"/>
      <w:lvlText w:val="%6."/>
      <w:lvlJc w:val="right"/>
      <w:pPr>
        <w:ind w:left="4130" w:hanging="180"/>
      </w:pPr>
    </w:lvl>
    <w:lvl w:ilvl="6" w:tplc="0418000F" w:tentative="1">
      <w:start w:val="1"/>
      <w:numFmt w:val="decimal"/>
      <w:lvlText w:val="%7."/>
      <w:lvlJc w:val="left"/>
      <w:pPr>
        <w:ind w:left="4850" w:hanging="360"/>
      </w:pPr>
    </w:lvl>
    <w:lvl w:ilvl="7" w:tplc="04180019" w:tentative="1">
      <w:start w:val="1"/>
      <w:numFmt w:val="lowerLetter"/>
      <w:lvlText w:val="%8."/>
      <w:lvlJc w:val="left"/>
      <w:pPr>
        <w:ind w:left="5570" w:hanging="360"/>
      </w:pPr>
    </w:lvl>
    <w:lvl w:ilvl="8" w:tplc="0418001B" w:tentative="1">
      <w:start w:val="1"/>
      <w:numFmt w:val="lowerRoman"/>
      <w:lvlText w:val="%9."/>
      <w:lvlJc w:val="right"/>
      <w:pPr>
        <w:ind w:left="6290" w:hanging="180"/>
      </w:pPr>
    </w:lvl>
  </w:abstractNum>
  <w:abstractNum w:abstractNumId="13" w15:restartNumberingAfterBreak="0">
    <w:nsid w:val="1568679D"/>
    <w:multiLevelType w:val="hybridMultilevel"/>
    <w:tmpl w:val="6D2C9BE0"/>
    <w:lvl w:ilvl="0" w:tplc="27901BD4">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173E596B"/>
    <w:multiLevelType w:val="hybridMultilevel"/>
    <w:tmpl w:val="3B2A1AC2"/>
    <w:lvl w:ilvl="0" w:tplc="8D3843D8">
      <w:start w:val="3"/>
      <w:numFmt w:val="bullet"/>
      <w:lvlText w:val="•"/>
      <w:lvlJc w:val="left"/>
      <w:pPr>
        <w:ind w:left="502" w:hanging="360"/>
      </w:pPr>
      <w:rPr>
        <w:rFonts w:ascii="Arial" w:eastAsiaTheme="minorEastAsia" w:hAnsi="Arial" w:cs="Arial" w:hint="default"/>
        <w:b/>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5" w15:restartNumberingAfterBreak="0">
    <w:nsid w:val="26DB58B0"/>
    <w:multiLevelType w:val="hybridMultilevel"/>
    <w:tmpl w:val="243EDB70"/>
    <w:lvl w:ilvl="0" w:tplc="3AD6A0A2">
      <w:start w:val="1"/>
      <w:numFmt w:val="bullet"/>
      <w:lvlText w:val="•"/>
      <w:lvlJc w:val="left"/>
      <w:pPr>
        <w:ind w:left="890" w:hanging="360"/>
      </w:pPr>
      <w:rPr>
        <w:rFonts w:ascii="Arial" w:hAnsi="Arial" w:hint="default"/>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16" w15:restartNumberingAfterBreak="0">
    <w:nsid w:val="2D526422"/>
    <w:multiLevelType w:val="hybridMultilevel"/>
    <w:tmpl w:val="5F62BA5C"/>
    <w:lvl w:ilvl="0" w:tplc="BA364F8E">
      <w:start w:val="1"/>
      <w:numFmt w:val="lowerLetter"/>
      <w:lvlText w:val="%1)"/>
      <w:lvlJc w:val="left"/>
      <w:pPr>
        <w:ind w:left="560" w:hanging="390"/>
      </w:pPr>
      <w:rPr>
        <w:rFonts w:hint="default"/>
      </w:rPr>
    </w:lvl>
    <w:lvl w:ilvl="1" w:tplc="04180019" w:tentative="1">
      <w:start w:val="1"/>
      <w:numFmt w:val="lowerLetter"/>
      <w:lvlText w:val="%2."/>
      <w:lvlJc w:val="left"/>
      <w:pPr>
        <w:ind w:left="1250" w:hanging="360"/>
      </w:pPr>
    </w:lvl>
    <w:lvl w:ilvl="2" w:tplc="0418001B" w:tentative="1">
      <w:start w:val="1"/>
      <w:numFmt w:val="lowerRoman"/>
      <w:lvlText w:val="%3."/>
      <w:lvlJc w:val="right"/>
      <w:pPr>
        <w:ind w:left="1970" w:hanging="180"/>
      </w:pPr>
    </w:lvl>
    <w:lvl w:ilvl="3" w:tplc="0418000F" w:tentative="1">
      <w:start w:val="1"/>
      <w:numFmt w:val="decimal"/>
      <w:lvlText w:val="%4."/>
      <w:lvlJc w:val="left"/>
      <w:pPr>
        <w:ind w:left="2690" w:hanging="360"/>
      </w:pPr>
    </w:lvl>
    <w:lvl w:ilvl="4" w:tplc="04180019" w:tentative="1">
      <w:start w:val="1"/>
      <w:numFmt w:val="lowerLetter"/>
      <w:lvlText w:val="%5."/>
      <w:lvlJc w:val="left"/>
      <w:pPr>
        <w:ind w:left="3410" w:hanging="360"/>
      </w:pPr>
    </w:lvl>
    <w:lvl w:ilvl="5" w:tplc="0418001B" w:tentative="1">
      <w:start w:val="1"/>
      <w:numFmt w:val="lowerRoman"/>
      <w:lvlText w:val="%6."/>
      <w:lvlJc w:val="right"/>
      <w:pPr>
        <w:ind w:left="4130" w:hanging="180"/>
      </w:pPr>
    </w:lvl>
    <w:lvl w:ilvl="6" w:tplc="0418000F" w:tentative="1">
      <w:start w:val="1"/>
      <w:numFmt w:val="decimal"/>
      <w:lvlText w:val="%7."/>
      <w:lvlJc w:val="left"/>
      <w:pPr>
        <w:ind w:left="4850" w:hanging="360"/>
      </w:pPr>
    </w:lvl>
    <w:lvl w:ilvl="7" w:tplc="04180019" w:tentative="1">
      <w:start w:val="1"/>
      <w:numFmt w:val="lowerLetter"/>
      <w:lvlText w:val="%8."/>
      <w:lvlJc w:val="left"/>
      <w:pPr>
        <w:ind w:left="5570" w:hanging="360"/>
      </w:pPr>
    </w:lvl>
    <w:lvl w:ilvl="8" w:tplc="0418001B" w:tentative="1">
      <w:start w:val="1"/>
      <w:numFmt w:val="lowerRoman"/>
      <w:lvlText w:val="%9."/>
      <w:lvlJc w:val="right"/>
      <w:pPr>
        <w:ind w:left="6290" w:hanging="180"/>
      </w:pPr>
    </w:lvl>
  </w:abstractNum>
  <w:abstractNum w:abstractNumId="17" w15:restartNumberingAfterBreak="0">
    <w:nsid w:val="315C5F8D"/>
    <w:multiLevelType w:val="hybridMultilevel"/>
    <w:tmpl w:val="8D9618B0"/>
    <w:lvl w:ilvl="0" w:tplc="AB32455E">
      <w:start w:val="3"/>
      <w:numFmt w:val="bullet"/>
      <w:lvlText w:val="•"/>
      <w:lvlJc w:val="left"/>
      <w:pPr>
        <w:ind w:left="530" w:hanging="360"/>
      </w:pPr>
      <w:rPr>
        <w:rFonts w:ascii="Arial" w:eastAsiaTheme="minorEastAsia" w:hAnsi="Arial" w:cs="Arial" w:hint="default"/>
        <w:b/>
      </w:rPr>
    </w:lvl>
    <w:lvl w:ilvl="1" w:tplc="04180003" w:tentative="1">
      <w:start w:val="1"/>
      <w:numFmt w:val="bullet"/>
      <w:lvlText w:val="o"/>
      <w:lvlJc w:val="left"/>
      <w:pPr>
        <w:ind w:left="1250" w:hanging="360"/>
      </w:pPr>
      <w:rPr>
        <w:rFonts w:ascii="Courier New" w:hAnsi="Courier New" w:cs="Courier New" w:hint="default"/>
      </w:rPr>
    </w:lvl>
    <w:lvl w:ilvl="2" w:tplc="04180005" w:tentative="1">
      <w:start w:val="1"/>
      <w:numFmt w:val="bullet"/>
      <w:lvlText w:val=""/>
      <w:lvlJc w:val="left"/>
      <w:pPr>
        <w:ind w:left="1970" w:hanging="360"/>
      </w:pPr>
      <w:rPr>
        <w:rFonts w:ascii="Wingdings" w:hAnsi="Wingdings" w:hint="default"/>
      </w:rPr>
    </w:lvl>
    <w:lvl w:ilvl="3" w:tplc="04180001" w:tentative="1">
      <w:start w:val="1"/>
      <w:numFmt w:val="bullet"/>
      <w:lvlText w:val=""/>
      <w:lvlJc w:val="left"/>
      <w:pPr>
        <w:ind w:left="2690" w:hanging="360"/>
      </w:pPr>
      <w:rPr>
        <w:rFonts w:ascii="Symbol" w:hAnsi="Symbol" w:hint="default"/>
      </w:rPr>
    </w:lvl>
    <w:lvl w:ilvl="4" w:tplc="04180003" w:tentative="1">
      <w:start w:val="1"/>
      <w:numFmt w:val="bullet"/>
      <w:lvlText w:val="o"/>
      <w:lvlJc w:val="left"/>
      <w:pPr>
        <w:ind w:left="3410" w:hanging="360"/>
      </w:pPr>
      <w:rPr>
        <w:rFonts w:ascii="Courier New" w:hAnsi="Courier New" w:cs="Courier New" w:hint="default"/>
      </w:rPr>
    </w:lvl>
    <w:lvl w:ilvl="5" w:tplc="04180005" w:tentative="1">
      <w:start w:val="1"/>
      <w:numFmt w:val="bullet"/>
      <w:lvlText w:val=""/>
      <w:lvlJc w:val="left"/>
      <w:pPr>
        <w:ind w:left="4130" w:hanging="360"/>
      </w:pPr>
      <w:rPr>
        <w:rFonts w:ascii="Wingdings" w:hAnsi="Wingdings" w:hint="default"/>
      </w:rPr>
    </w:lvl>
    <w:lvl w:ilvl="6" w:tplc="04180001" w:tentative="1">
      <w:start w:val="1"/>
      <w:numFmt w:val="bullet"/>
      <w:lvlText w:val=""/>
      <w:lvlJc w:val="left"/>
      <w:pPr>
        <w:ind w:left="4850" w:hanging="360"/>
      </w:pPr>
      <w:rPr>
        <w:rFonts w:ascii="Symbol" w:hAnsi="Symbol" w:hint="default"/>
      </w:rPr>
    </w:lvl>
    <w:lvl w:ilvl="7" w:tplc="04180003" w:tentative="1">
      <w:start w:val="1"/>
      <w:numFmt w:val="bullet"/>
      <w:lvlText w:val="o"/>
      <w:lvlJc w:val="left"/>
      <w:pPr>
        <w:ind w:left="5570" w:hanging="360"/>
      </w:pPr>
      <w:rPr>
        <w:rFonts w:ascii="Courier New" w:hAnsi="Courier New" w:cs="Courier New" w:hint="default"/>
      </w:rPr>
    </w:lvl>
    <w:lvl w:ilvl="8" w:tplc="04180005" w:tentative="1">
      <w:start w:val="1"/>
      <w:numFmt w:val="bullet"/>
      <w:lvlText w:val=""/>
      <w:lvlJc w:val="left"/>
      <w:pPr>
        <w:ind w:left="6290" w:hanging="360"/>
      </w:pPr>
      <w:rPr>
        <w:rFonts w:ascii="Wingdings" w:hAnsi="Wingdings" w:hint="default"/>
      </w:rPr>
    </w:lvl>
  </w:abstractNum>
  <w:abstractNum w:abstractNumId="18" w15:restartNumberingAfterBreak="0">
    <w:nsid w:val="358E4CA8"/>
    <w:multiLevelType w:val="hybridMultilevel"/>
    <w:tmpl w:val="107A9FAE"/>
    <w:lvl w:ilvl="0" w:tplc="AB32455E">
      <w:start w:val="3"/>
      <w:numFmt w:val="bullet"/>
      <w:lvlText w:val="•"/>
      <w:lvlJc w:val="left"/>
      <w:pPr>
        <w:ind w:left="672" w:hanging="360"/>
      </w:pPr>
      <w:rPr>
        <w:rFonts w:ascii="Arial" w:eastAsiaTheme="minorEastAsia" w:hAnsi="Arial" w:cs="Arial" w:hint="default"/>
        <w:b/>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9" w15:restartNumberingAfterBreak="0">
    <w:nsid w:val="60A905BE"/>
    <w:multiLevelType w:val="hybridMultilevel"/>
    <w:tmpl w:val="D4E615DE"/>
    <w:lvl w:ilvl="0" w:tplc="04180019">
      <w:start w:val="1"/>
      <w:numFmt w:val="lowerLetter"/>
      <w:lvlText w:val="%1."/>
      <w:lvlJc w:val="left"/>
      <w:pPr>
        <w:ind w:left="890" w:hanging="360"/>
      </w:pPr>
    </w:lvl>
    <w:lvl w:ilvl="1" w:tplc="04180019" w:tentative="1">
      <w:start w:val="1"/>
      <w:numFmt w:val="lowerLetter"/>
      <w:lvlText w:val="%2."/>
      <w:lvlJc w:val="left"/>
      <w:pPr>
        <w:ind w:left="1610" w:hanging="360"/>
      </w:pPr>
    </w:lvl>
    <w:lvl w:ilvl="2" w:tplc="0418001B" w:tentative="1">
      <w:start w:val="1"/>
      <w:numFmt w:val="lowerRoman"/>
      <w:lvlText w:val="%3."/>
      <w:lvlJc w:val="right"/>
      <w:pPr>
        <w:ind w:left="2330" w:hanging="180"/>
      </w:pPr>
    </w:lvl>
    <w:lvl w:ilvl="3" w:tplc="0418000F" w:tentative="1">
      <w:start w:val="1"/>
      <w:numFmt w:val="decimal"/>
      <w:lvlText w:val="%4."/>
      <w:lvlJc w:val="left"/>
      <w:pPr>
        <w:ind w:left="3050" w:hanging="360"/>
      </w:pPr>
    </w:lvl>
    <w:lvl w:ilvl="4" w:tplc="04180019" w:tentative="1">
      <w:start w:val="1"/>
      <w:numFmt w:val="lowerLetter"/>
      <w:lvlText w:val="%5."/>
      <w:lvlJc w:val="left"/>
      <w:pPr>
        <w:ind w:left="3770" w:hanging="360"/>
      </w:pPr>
    </w:lvl>
    <w:lvl w:ilvl="5" w:tplc="0418001B" w:tentative="1">
      <w:start w:val="1"/>
      <w:numFmt w:val="lowerRoman"/>
      <w:lvlText w:val="%6."/>
      <w:lvlJc w:val="right"/>
      <w:pPr>
        <w:ind w:left="4490" w:hanging="180"/>
      </w:pPr>
    </w:lvl>
    <w:lvl w:ilvl="6" w:tplc="0418000F" w:tentative="1">
      <w:start w:val="1"/>
      <w:numFmt w:val="decimal"/>
      <w:lvlText w:val="%7."/>
      <w:lvlJc w:val="left"/>
      <w:pPr>
        <w:ind w:left="5210" w:hanging="360"/>
      </w:pPr>
    </w:lvl>
    <w:lvl w:ilvl="7" w:tplc="04180019" w:tentative="1">
      <w:start w:val="1"/>
      <w:numFmt w:val="lowerLetter"/>
      <w:lvlText w:val="%8."/>
      <w:lvlJc w:val="left"/>
      <w:pPr>
        <w:ind w:left="5930" w:hanging="360"/>
      </w:pPr>
    </w:lvl>
    <w:lvl w:ilvl="8" w:tplc="0418001B" w:tentative="1">
      <w:start w:val="1"/>
      <w:numFmt w:val="lowerRoman"/>
      <w:lvlText w:val="%9."/>
      <w:lvlJc w:val="right"/>
      <w:pPr>
        <w:ind w:left="6650" w:hanging="180"/>
      </w:pPr>
    </w:lvl>
  </w:abstractNum>
  <w:abstractNum w:abstractNumId="20" w15:restartNumberingAfterBreak="0">
    <w:nsid w:val="62DC5FDE"/>
    <w:multiLevelType w:val="hybridMultilevel"/>
    <w:tmpl w:val="2B1AD1F0"/>
    <w:lvl w:ilvl="0" w:tplc="E5FEF240">
      <w:start w:val="3"/>
      <w:numFmt w:val="bullet"/>
      <w:lvlText w:val=""/>
      <w:lvlJc w:val="left"/>
      <w:pPr>
        <w:ind w:left="720" w:hanging="360"/>
      </w:pPr>
      <w:rPr>
        <w:rFonts w:ascii="Arial" w:eastAsiaTheme="minorEastAsia"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AFB5E29"/>
    <w:multiLevelType w:val="hybridMultilevel"/>
    <w:tmpl w:val="3656F9B0"/>
    <w:lvl w:ilvl="0" w:tplc="3AD6A0A2">
      <w:start w:val="1"/>
      <w:numFmt w:val="bullet"/>
      <w:lvlText w:val="•"/>
      <w:lvlJc w:val="left"/>
      <w:pPr>
        <w:ind w:left="1080" w:hanging="360"/>
      </w:pPr>
      <w:rPr>
        <w:rFonts w:ascii="Arial" w:hAnsi="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15:restartNumberingAfterBreak="0">
    <w:nsid w:val="6B586A55"/>
    <w:multiLevelType w:val="hybridMultilevel"/>
    <w:tmpl w:val="FCD2C542"/>
    <w:lvl w:ilvl="0" w:tplc="8D3843D8">
      <w:start w:val="3"/>
      <w:numFmt w:val="bullet"/>
      <w:lvlText w:val="•"/>
      <w:lvlJc w:val="left"/>
      <w:pPr>
        <w:ind w:left="672" w:hanging="360"/>
      </w:pPr>
      <w:rPr>
        <w:rFonts w:ascii="Arial" w:eastAsiaTheme="minorEastAsia" w:hAnsi="Arial" w:cs="Arial" w:hint="default"/>
        <w:b/>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23" w15:restartNumberingAfterBreak="0">
    <w:nsid w:val="6F026DD3"/>
    <w:multiLevelType w:val="hybridMultilevel"/>
    <w:tmpl w:val="29F8979A"/>
    <w:lvl w:ilvl="0" w:tplc="04180019">
      <w:start w:val="1"/>
      <w:numFmt w:val="lowerLetter"/>
      <w:lvlText w:val="%1."/>
      <w:lvlJc w:val="left"/>
      <w:pPr>
        <w:ind w:left="890" w:hanging="360"/>
      </w:pPr>
    </w:lvl>
    <w:lvl w:ilvl="1" w:tplc="04180019" w:tentative="1">
      <w:start w:val="1"/>
      <w:numFmt w:val="lowerLetter"/>
      <w:lvlText w:val="%2."/>
      <w:lvlJc w:val="left"/>
      <w:pPr>
        <w:ind w:left="1610" w:hanging="360"/>
      </w:pPr>
    </w:lvl>
    <w:lvl w:ilvl="2" w:tplc="0418001B" w:tentative="1">
      <w:start w:val="1"/>
      <w:numFmt w:val="lowerRoman"/>
      <w:lvlText w:val="%3."/>
      <w:lvlJc w:val="right"/>
      <w:pPr>
        <w:ind w:left="2330" w:hanging="180"/>
      </w:pPr>
    </w:lvl>
    <w:lvl w:ilvl="3" w:tplc="0418000F" w:tentative="1">
      <w:start w:val="1"/>
      <w:numFmt w:val="decimal"/>
      <w:lvlText w:val="%4."/>
      <w:lvlJc w:val="left"/>
      <w:pPr>
        <w:ind w:left="3050" w:hanging="360"/>
      </w:pPr>
    </w:lvl>
    <w:lvl w:ilvl="4" w:tplc="04180019" w:tentative="1">
      <w:start w:val="1"/>
      <w:numFmt w:val="lowerLetter"/>
      <w:lvlText w:val="%5."/>
      <w:lvlJc w:val="left"/>
      <w:pPr>
        <w:ind w:left="3770" w:hanging="360"/>
      </w:pPr>
    </w:lvl>
    <w:lvl w:ilvl="5" w:tplc="0418001B" w:tentative="1">
      <w:start w:val="1"/>
      <w:numFmt w:val="lowerRoman"/>
      <w:lvlText w:val="%6."/>
      <w:lvlJc w:val="right"/>
      <w:pPr>
        <w:ind w:left="4490" w:hanging="180"/>
      </w:pPr>
    </w:lvl>
    <w:lvl w:ilvl="6" w:tplc="0418000F" w:tentative="1">
      <w:start w:val="1"/>
      <w:numFmt w:val="decimal"/>
      <w:lvlText w:val="%7."/>
      <w:lvlJc w:val="left"/>
      <w:pPr>
        <w:ind w:left="5210" w:hanging="360"/>
      </w:pPr>
    </w:lvl>
    <w:lvl w:ilvl="7" w:tplc="04180019" w:tentative="1">
      <w:start w:val="1"/>
      <w:numFmt w:val="lowerLetter"/>
      <w:lvlText w:val="%8."/>
      <w:lvlJc w:val="left"/>
      <w:pPr>
        <w:ind w:left="5930" w:hanging="360"/>
      </w:pPr>
    </w:lvl>
    <w:lvl w:ilvl="8" w:tplc="0418001B" w:tentative="1">
      <w:start w:val="1"/>
      <w:numFmt w:val="lowerRoman"/>
      <w:lvlText w:val="%9."/>
      <w:lvlJc w:val="right"/>
      <w:pPr>
        <w:ind w:left="6650" w:hanging="180"/>
      </w:pPr>
    </w:lvl>
  </w:abstractNum>
  <w:abstractNum w:abstractNumId="24" w15:restartNumberingAfterBreak="0">
    <w:nsid w:val="6FDC264E"/>
    <w:multiLevelType w:val="hybridMultilevel"/>
    <w:tmpl w:val="8DD8FF3E"/>
    <w:lvl w:ilvl="0" w:tplc="8D3843D8">
      <w:start w:val="3"/>
      <w:numFmt w:val="bullet"/>
      <w:lvlText w:val="•"/>
      <w:lvlJc w:val="left"/>
      <w:pPr>
        <w:ind w:left="672" w:hanging="360"/>
      </w:pPr>
      <w:rPr>
        <w:rFonts w:ascii="Arial" w:eastAsiaTheme="minorEastAsia" w:hAnsi="Arial" w:cs="Arial" w:hint="default"/>
        <w:b/>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25" w15:restartNumberingAfterBreak="0">
    <w:nsid w:val="79737F5B"/>
    <w:multiLevelType w:val="hybridMultilevel"/>
    <w:tmpl w:val="5AC0F6E8"/>
    <w:lvl w:ilvl="0" w:tplc="8D3843D8">
      <w:start w:val="3"/>
      <w:numFmt w:val="bullet"/>
      <w:lvlText w:val="•"/>
      <w:lvlJc w:val="left"/>
      <w:pPr>
        <w:ind w:left="672" w:hanging="360"/>
      </w:pPr>
      <w:rPr>
        <w:rFonts w:ascii="Arial" w:eastAsiaTheme="minorEastAsia" w:hAnsi="Arial" w:cs="Arial" w:hint="default"/>
        <w:b/>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num w:numId="1" w16cid:durableId="290131481">
    <w:abstractNumId w:val="8"/>
  </w:num>
  <w:num w:numId="2" w16cid:durableId="1698580259">
    <w:abstractNumId w:val="6"/>
  </w:num>
  <w:num w:numId="3" w16cid:durableId="264119320">
    <w:abstractNumId w:val="5"/>
  </w:num>
  <w:num w:numId="4" w16cid:durableId="1738360558">
    <w:abstractNumId w:val="4"/>
  </w:num>
  <w:num w:numId="5" w16cid:durableId="989287320">
    <w:abstractNumId w:val="7"/>
  </w:num>
  <w:num w:numId="6" w16cid:durableId="850221677">
    <w:abstractNumId w:val="3"/>
  </w:num>
  <w:num w:numId="7" w16cid:durableId="1657494366">
    <w:abstractNumId w:val="2"/>
  </w:num>
  <w:num w:numId="8" w16cid:durableId="133259304">
    <w:abstractNumId w:val="1"/>
  </w:num>
  <w:num w:numId="9" w16cid:durableId="949359564">
    <w:abstractNumId w:val="0"/>
  </w:num>
  <w:num w:numId="10" w16cid:durableId="645479023">
    <w:abstractNumId w:val="21"/>
  </w:num>
  <w:num w:numId="11" w16cid:durableId="1106777555">
    <w:abstractNumId w:val="20"/>
  </w:num>
  <w:num w:numId="12" w16cid:durableId="450055413">
    <w:abstractNumId w:val="15"/>
  </w:num>
  <w:num w:numId="13" w16cid:durableId="145053073">
    <w:abstractNumId w:val="17"/>
  </w:num>
  <w:num w:numId="14" w16cid:durableId="1127890638">
    <w:abstractNumId w:val="18"/>
  </w:num>
  <w:num w:numId="15" w16cid:durableId="556819931">
    <w:abstractNumId w:val="14"/>
  </w:num>
  <w:num w:numId="16" w16cid:durableId="2030838608">
    <w:abstractNumId w:val="22"/>
  </w:num>
  <w:num w:numId="17" w16cid:durableId="1379546748">
    <w:abstractNumId w:val="9"/>
  </w:num>
  <w:num w:numId="18" w16cid:durableId="1870605487">
    <w:abstractNumId w:val="11"/>
  </w:num>
  <w:num w:numId="19" w16cid:durableId="1082338589">
    <w:abstractNumId w:val="25"/>
  </w:num>
  <w:num w:numId="20" w16cid:durableId="269557617">
    <w:abstractNumId w:val="24"/>
  </w:num>
  <w:num w:numId="21" w16cid:durableId="1339193718">
    <w:abstractNumId w:val="10"/>
  </w:num>
  <w:num w:numId="22" w16cid:durableId="1104886970">
    <w:abstractNumId w:val="19"/>
  </w:num>
  <w:num w:numId="23" w16cid:durableId="262424162">
    <w:abstractNumId w:val="16"/>
  </w:num>
  <w:num w:numId="24" w16cid:durableId="1631092598">
    <w:abstractNumId w:val="13"/>
  </w:num>
  <w:num w:numId="25" w16cid:durableId="1691491835">
    <w:abstractNumId w:val="23"/>
  </w:num>
  <w:num w:numId="26" w16cid:durableId="84216463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CD7"/>
    <w:rsid w:val="000271CF"/>
    <w:rsid w:val="00034616"/>
    <w:rsid w:val="00050D32"/>
    <w:rsid w:val="0006063C"/>
    <w:rsid w:val="000F0604"/>
    <w:rsid w:val="00102369"/>
    <w:rsid w:val="00106215"/>
    <w:rsid w:val="00114550"/>
    <w:rsid w:val="00125CA6"/>
    <w:rsid w:val="0015074B"/>
    <w:rsid w:val="001520FB"/>
    <w:rsid w:val="001843EE"/>
    <w:rsid w:val="00244C5B"/>
    <w:rsid w:val="00266DEF"/>
    <w:rsid w:val="0029639D"/>
    <w:rsid w:val="002A1898"/>
    <w:rsid w:val="0031578D"/>
    <w:rsid w:val="00326F90"/>
    <w:rsid w:val="00350981"/>
    <w:rsid w:val="003B3C85"/>
    <w:rsid w:val="004B1D34"/>
    <w:rsid w:val="004B46DB"/>
    <w:rsid w:val="005129BE"/>
    <w:rsid w:val="005166FC"/>
    <w:rsid w:val="005476F4"/>
    <w:rsid w:val="005549E0"/>
    <w:rsid w:val="00592C90"/>
    <w:rsid w:val="00683213"/>
    <w:rsid w:val="006E5074"/>
    <w:rsid w:val="006F71C3"/>
    <w:rsid w:val="0076413D"/>
    <w:rsid w:val="007C047C"/>
    <w:rsid w:val="007C7CCD"/>
    <w:rsid w:val="007E3939"/>
    <w:rsid w:val="007F1BEA"/>
    <w:rsid w:val="0081574A"/>
    <w:rsid w:val="00821B3B"/>
    <w:rsid w:val="00892314"/>
    <w:rsid w:val="008B6160"/>
    <w:rsid w:val="008E5790"/>
    <w:rsid w:val="00922958"/>
    <w:rsid w:val="00951DAD"/>
    <w:rsid w:val="009751F5"/>
    <w:rsid w:val="009C7517"/>
    <w:rsid w:val="00A05AAA"/>
    <w:rsid w:val="00A30D4C"/>
    <w:rsid w:val="00AA1D8D"/>
    <w:rsid w:val="00B02696"/>
    <w:rsid w:val="00B1359C"/>
    <w:rsid w:val="00B25A8C"/>
    <w:rsid w:val="00B47730"/>
    <w:rsid w:val="00B50FA5"/>
    <w:rsid w:val="00B53658"/>
    <w:rsid w:val="00B91F80"/>
    <w:rsid w:val="00BF4292"/>
    <w:rsid w:val="00C70D01"/>
    <w:rsid w:val="00CB0664"/>
    <w:rsid w:val="00D36FCE"/>
    <w:rsid w:val="00E42A36"/>
    <w:rsid w:val="00E70621"/>
    <w:rsid w:val="00E77EA6"/>
    <w:rsid w:val="00E90C91"/>
    <w:rsid w:val="00EB28D7"/>
    <w:rsid w:val="00EB642A"/>
    <w:rsid w:val="00EF0A8B"/>
    <w:rsid w:val="00F21F74"/>
    <w:rsid w:val="00F61D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84A19E"/>
  <w14:defaultImageDpi w14:val="300"/>
  <w15:docId w15:val="{7589CD97-2AD7-4149-85E4-D93CB6CF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C91"/>
    <w:pPr>
      <w:spacing w:before="40" w:after="40" w:line="288" w:lineRule="auto"/>
      <w:jc w:val="both"/>
    </w:pPr>
    <w:rPr>
      <w:rFonts w:ascii="Arial" w:hAnsi="Arial"/>
      <w:color w:val="1E2226"/>
      <w:sz w:val="24"/>
    </w:rPr>
  </w:style>
  <w:style w:type="paragraph" w:styleId="Heading1">
    <w:name w:val="heading 1"/>
    <w:basedOn w:val="Normal"/>
    <w:next w:val="Normal"/>
    <w:link w:val="Heading1Char"/>
    <w:uiPriority w:val="9"/>
    <w:qFormat/>
    <w:rsid w:val="00683213"/>
    <w:pPr>
      <w:keepNext/>
      <w:keepLines/>
      <w:spacing w:before="240" w:after="60"/>
      <w:outlineLvl w:val="0"/>
    </w:pPr>
    <w:rPr>
      <w:rFonts w:eastAsiaTheme="majorEastAsia" w:cstheme="majorBidi"/>
      <w:b/>
      <w:bCs/>
      <w:color w:val="162C4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2C4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83213"/>
    <w:rPr>
      <w:rFonts w:ascii="Arial" w:eastAsiaTheme="majorEastAsia" w:hAnsi="Arial" w:cstheme="majorBidi"/>
      <w:b/>
      <w:bCs/>
      <w:color w:val="162C45"/>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Title">
    <w:name w:val="ARC Title"/>
    <w:pPr>
      <w:spacing w:after="160"/>
    </w:pPr>
    <w:rPr>
      <w:rFonts w:ascii="Arial" w:hAnsi="Arial"/>
      <w:b/>
      <w:color w:val="162C45"/>
      <w:sz w:val="52"/>
    </w:rPr>
  </w:style>
  <w:style w:type="paragraph" w:customStyle="1" w:styleId="ARCSubtitle">
    <w:name w:val="ARC Subtitle"/>
    <w:pPr>
      <w:spacing w:after="160"/>
    </w:pPr>
    <w:rPr>
      <w:rFonts w:ascii="Arial" w:hAnsi="Arial"/>
      <w:color w:val="246872"/>
      <w:sz w:val="28"/>
    </w:rPr>
  </w:style>
  <w:style w:type="paragraph" w:customStyle="1" w:styleId="ChapterTitle">
    <w:name w:val="Chapter Title"/>
    <w:pPr>
      <w:spacing w:after="280"/>
    </w:pPr>
    <w:rPr>
      <w:rFonts w:ascii="Arial" w:hAnsi="Arial"/>
      <w:b/>
      <w:color w:val="162C45"/>
      <w:sz w:val="30"/>
    </w:rPr>
  </w:style>
  <w:style w:type="paragraph" w:customStyle="1" w:styleId="Article">
    <w:name w:val="Article"/>
    <w:pPr>
      <w:spacing w:before="280" w:after="120"/>
    </w:pPr>
    <w:rPr>
      <w:rFonts w:ascii="Arial" w:hAnsi="Arial"/>
      <w:b/>
      <w:color w:val="162C45"/>
      <w:sz w:val="23"/>
    </w:rPr>
  </w:style>
  <w:style w:type="paragraph" w:customStyle="1" w:styleId="SmallCaps">
    <w:name w:val="Small Caps"/>
    <w:pPr>
      <w:spacing w:after="60"/>
    </w:pPr>
    <w:rPr>
      <w:rFonts w:ascii="Arial" w:hAnsi="Arial"/>
      <w:b/>
      <w:color w:val="55606C"/>
      <w:sz w:val="17"/>
    </w:rPr>
  </w:style>
  <w:style w:type="paragraph" w:styleId="Revision">
    <w:name w:val="Revision"/>
    <w:hidden/>
    <w:uiPriority w:val="99"/>
    <w:semiHidden/>
    <w:rsid w:val="00266DEF"/>
    <w:pPr>
      <w:spacing w:after="0" w:line="240" w:lineRule="auto"/>
    </w:pPr>
    <w:rPr>
      <w:rFonts w:ascii="Arial" w:hAnsi="Arial"/>
      <w:color w:val="1E2226"/>
      <w:sz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olor w:val="1E2226"/>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3019</Words>
  <Characters>18993</Characters>
  <Application>Microsoft Office Word</Application>
  <DocSecurity>0</DocSecurity>
  <Lines>296</Lines>
  <Paragraphs>100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Procedura de selecție a Directorului General și Directorului FGCR – IFN S.A. – Capitolul I</vt:lpstr>
      <vt:lpstr/>
    </vt:vector>
  </TitlesOfParts>
  <Manager/>
  <Company/>
  <LinksUpToDate>false</LinksUpToDate>
  <CharactersWithSpaces>21912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de selecție a Directorului General și Directorului FGCR – IFN S.A. – Capitolul I</dc:title>
  <dc:subject>Procedură de selecție – draft de lucru</dc:subject>
  <dc:creator>ARC Consulting</dc:creator>
  <cp:keywords>FGCR, ARC Consulting, selecție, Director General, Director, guvernanță corporativă</cp:keywords>
  <dc:description>generated by 3B</dc:description>
  <cp:lastModifiedBy>ec</cp:lastModifiedBy>
  <cp:revision>3</cp:revision>
  <dcterms:created xsi:type="dcterms:W3CDTF">2026-10-02T17:48:00Z</dcterms:created>
  <dcterms:modified xsi:type="dcterms:W3CDTF">2026-10-02T17:48:00Z</dcterms:modified>
  <cp:category/>
</cp:coreProperties>
</file>